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מהדורה למורה</w:t>
      </w:r>
    </w:p>
    <w:p>
      <w:pPr>
        <w:bidi/>
        <w:spacing w:after="60"/>
        <w:jc w:val="right"/>
      </w:pPr>
      <w:r>
        <w:rPr>
          <w:b w:val="0"/>
          <w:color w:val="5B6185"/>
          <w:rtl/>
        </w:rPr>
        <w:t>ערכה להדפסה • לכיתות ג׳–י״ב, עולים וחנ״מ • קריאה והבנה</w:t>
      </w:r>
    </w:p>
    <w:p>
      <w:pPr>
        <w:bidi/>
        <w:spacing w:after="60"/>
        <w:jc w:val="right"/>
      </w:pPr>
      <w:r>
        <w:rPr>
          <w:b w:val="0"/>
          <w:rtl/>
        </w:rPr>
        <w:t>סוגת הטקסט: מכתב לעצמי העתידי · נושא: איפה אני בעוד 10 שנים?</w:t>
      </w:r>
    </w:p>
    <w:p>
      <w:pPr>
        <w:bidi/>
        <w:spacing w:after="60"/>
        <w:jc w:val="right"/>
      </w:pPr>
      <w:r>
        <w:rPr>
          <w:b/>
          <w:sz w:val="26"/>
          <w:rtl/>
          <w:bCs/>
          <w:szCs w:val="26"/>
        </w:rPr>
        <w:t>🎯 מטרות</w:t>
      </w:r>
    </w:p>
    <w:p>
      <w:pPr>
        <w:bidi/>
        <w:spacing w:after="60"/>
        <w:jc w:val="right"/>
      </w:pPr>
      <w:r>
        <w:rPr>
          <w:b w:val="0"/>
          <w:rtl/>
        </w:rPr>
        <w:t>• לאתר חלומות, פחדים וצעדים במכתב</w:t>
      </w:r>
    </w:p>
    <w:p>
      <w:pPr>
        <w:bidi/>
        <w:spacing w:after="60"/>
        <w:jc w:val="right"/>
      </w:pPr>
      <w:r>
        <w:rPr>
          <w:b w:val="0"/>
          <w:rtl/>
        </w:rPr>
        <w:t>• להבחין בין חלום, מטרה וצעד</w:t>
      </w:r>
    </w:p>
    <w:p>
      <w:pPr>
        <w:bidi/>
        <w:spacing w:after="60"/>
        <w:jc w:val="right"/>
      </w:pPr>
      <w:r>
        <w:rPr>
          <w:b w:val="0"/>
          <w:rtl/>
        </w:rPr>
        <w:t>• לכתוב מכתב לעצמי העתידי</w:t>
      </w:r>
    </w:p>
    <w:p>
      <w:pPr>
        <w:bidi/>
        <w:spacing w:after="60"/>
        <w:jc w:val="right"/>
      </w:pPr>
      <w:r>
        <w:rPr>
          <w:b/>
          <w:sz w:val="26"/>
          <w:rtl/>
          <w:bCs/>
          <w:szCs w:val="26"/>
        </w:rPr>
        <w:t>⏱️ מהלך שיעור – 45 דקות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5 ד׳</w:t>
            </w:r>
          </w:p>
        </w:tc>
        <w:tc>
          <w:tcPr>
            <w:tcW w:type="dxa" w:w="5103"/>
          </w:tcPr>
          <w:p>
            <w:pPr>
              <w:bidi/>
              <w:spacing w:after="60"/>
              <w:jc w:val="right"/>
            </w:pPr>
            <w:r>
              <w:rPr>
                <w:b w:val="0"/>
                <w:rtl/>
              </w:rPr>
              <w:t>פתיחה: "מה ההבדל בין חלום, מטרה וצעד?"</w:t>
            </w:r>
          </w:p>
        </w:tc>
      </w:tr>
      <w:tr>
        <w:tc>
          <w:tcPr>
            <w:tcW w:type="dxa" w:w="5103"/>
          </w:tcPr>
          <w:p>
            <w:pPr>
              <w:bidi/>
              <w:spacing w:after="60"/>
              <w:jc w:val="right"/>
            </w:pPr>
            <w:r>
              <w:rPr>
                <w:b/>
                <w:rtl/>
                <w:bCs/>
              </w:rPr>
              <w:t>10 ד׳</w:t>
            </w:r>
          </w:p>
        </w:tc>
        <w:tc>
          <w:tcPr>
            <w:tcW w:type="dxa" w:w="5103"/>
          </w:tcPr>
          <w:p>
            <w:pPr>
              <w:bidi/>
              <w:spacing w:after="60"/>
              <w:jc w:val="right"/>
            </w:pPr>
            <w:r>
              <w:rPr>
                <w:b w:val="0"/>
                <w:rtl/>
              </w:rPr>
              <w:t>קריאה ראשונה בקול + קריאה שנייה עם עיפרון</w:t>
            </w:r>
          </w:p>
        </w:tc>
      </w:tr>
      <w:tr>
        <w:tc>
          <w:tcPr>
            <w:tcW w:type="dxa" w:w="5103"/>
          </w:tcPr>
          <w:p>
            <w:pPr>
              <w:bidi/>
              <w:spacing w:after="60"/>
              <w:jc w:val="right"/>
            </w:pPr>
            <w:r>
              <w:rPr>
                <w:b/>
                <w:rtl/>
                <w:bCs/>
              </w:rPr>
              <w:t>8 ד׳</w:t>
            </w:r>
          </w:p>
        </w:tc>
        <w:tc>
          <w:tcPr>
            <w:tcW w:type="dxa" w:w="5103"/>
          </w:tcPr>
          <w:p>
            <w:pPr>
              <w:bidi/>
              <w:spacing w:after="60"/>
              <w:jc w:val="right"/>
            </w:pPr>
            <w:r>
              <w:rPr>
                <w:b w:val="0"/>
                <w:rtl/>
              </w:rPr>
              <w:t>חלק א׳ – 🏊 שחייה (בזוגות)</w:t>
            </w:r>
          </w:p>
        </w:tc>
      </w:tr>
      <w:tr>
        <w:tc>
          <w:tcPr>
            <w:tcW w:type="dxa" w:w="5103"/>
          </w:tcPr>
          <w:p>
            <w:pPr>
              <w:bidi/>
              <w:spacing w:after="60"/>
              <w:jc w:val="right"/>
            </w:pPr>
            <w:r>
              <w:rPr>
                <w:b/>
                <w:rtl/>
                <w:bCs/>
              </w:rPr>
              <w:t>10 ד׳</w:t>
            </w:r>
          </w:p>
        </w:tc>
        <w:tc>
          <w:tcPr>
            <w:tcW w:type="dxa" w:w="5103"/>
          </w:tcPr>
          <w:p>
            <w:pPr>
              <w:bidi/>
              <w:spacing w:after="60"/>
              <w:jc w:val="right"/>
            </w:pPr>
            <w:r>
              <w:rPr>
                <w:b w:val="0"/>
                <w:rtl/>
              </w:rPr>
              <w:t>חלק ב׳ – 🤿 צלילה: סימון, מיון, שפה ומבנה</w:t>
            </w:r>
          </w:p>
        </w:tc>
      </w:tr>
      <w:tr>
        <w:tc>
          <w:tcPr>
            <w:tcW w:type="dxa" w:w="5103"/>
          </w:tcPr>
          <w:p>
            <w:pPr>
              <w:bidi/>
              <w:spacing w:after="60"/>
              <w:jc w:val="right"/>
            </w:pPr>
            <w:r>
              <w:rPr>
                <w:b/>
                <w:rtl/>
                <w:bCs/>
              </w:rPr>
              <w:t>8 ד׳</w:t>
            </w:r>
          </w:p>
        </w:tc>
        <w:tc>
          <w:tcPr>
            <w:tcW w:type="dxa" w:w="5103"/>
          </w:tcPr>
          <w:p>
            <w:pPr>
              <w:bidi/>
              <w:spacing w:after="60"/>
              <w:jc w:val="right"/>
            </w:pPr>
            <w:r>
              <w:rPr>
                <w:b w:val="0"/>
                <w:rtl/>
              </w:rPr>
              <w:t>חלק ג׳ – 🐠 מעמקים: משימת תיבה + מעגל שיח</w:t>
            </w:r>
          </w:p>
        </w:tc>
      </w:tr>
      <w:tr>
        <w:tc>
          <w:tcPr>
            <w:tcW w:type="dxa" w:w="5103"/>
          </w:tcPr>
          <w:p>
            <w:pPr>
              <w:bidi/>
              <w:spacing w:after="60"/>
              <w:jc w:val="right"/>
            </w:pPr>
            <w:r>
              <w:rPr>
                <w:b/>
                <w:rtl/>
                <w:bCs/>
              </w:rPr>
              <w:t>4 ד׳</w:t>
            </w:r>
          </w:p>
        </w:tc>
        <w:tc>
          <w:tcPr>
            <w:tcW w:type="dxa" w:w="5103"/>
          </w:tcPr>
          <w:p>
            <w:pPr>
              <w:bidi/>
              <w:spacing w:after="60"/>
              <w:jc w:val="right"/>
            </w:pPr>
            <w:r>
              <w:rPr>
                <w:b w:val="0"/>
                <w:rtl/>
              </w:rPr>
              <w:t>🎟️ כרטיס יציאה</w:t>
            </w:r>
          </w:p>
        </w:tc>
      </w:tr>
    </w:tbl>
    <w:p>
      <w:pPr>
        <w:bidi/>
        <w:spacing w:after="60"/>
        <w:jc w:val="right"/>
      </w:pPr>
      <w:r>
        <w:rPr>
          <w:b w:val="0"/>
          <w:sz w:val="20"/>
          <w:rtl/>
          <w:szCs w:val="20"/>
        </w:rPr>
        <w:t>⚡ גרסת 10 דקות: קריאה ← 2 שאלות שחייה ← סימון אחד ← שורה בכרטיס היציאה.</w:t>
      </w:r>
    </w:p>
    <w:p>
      <w:pPr>
        <w:bidi/>
        <w:spacing w:after="60"/>
        <w:jc w:val="right"/>
      </w:pPr>
      <w:r>
        <w:rPr>
          <w:b/>
          <w:sz w:val="26"/>
          <w:rtl/>
          <w:bCs/>
          <w:szCs w:val="26"/>
        </w:rPr>
        <w:t>🔑 תשובות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 חט״ב</w:t>
            </w:r>
          </w:p>
        </w:tc>
        <w:tc>
          <w:tcPr>
            <w:tcW w:type="dxa" w:w="5103"/>
          </w:tcPr>
          <w:p>
            <w:pPr>
              <w:bidi/>
              <w:spacing w:after="60"/>
              <w:jc w:val="right"/>
            </w:pPr>
            <w:r>
              <w:rPr>
                <w:b w:val="0"/>
                <w:sz w:val="20"/>
                <w:rtl/>
                <w:szCs w:val="20"/>
              </w:rPr>
              <w:t>שחייה: 1. להיות חוקרת חלל · 2. לשאול שאלות בכיתה · 3. לשאול שאלה בכל שיעור מדעים ◆ סימון: "זה בסדר" ◆ מיון: 🌟 חלום: חוקרת חלל, להסתכל בכוכבים | 😨 פחד: שיצחקו עליה, 'סתם חלום של ילדה' | 👣 צעד: שאלה בכל שיעור ◆ אוצר מילים: כי אלה פונה לעצמה העתידית כאילו לאדם אחר</w:t>
            </w:r>
          </w:p>
        </w:tc>
      </w:tr>
      <w:tr>
        <w:tc>
          <w:tcPr>
            <w:tcW w:type="dxa" w:w="5103"/>
          </w:tcPr>
          <w:p>
            <w:pPr>
              <w:bidi/>
              <w:spacing w:after="60"/>
              <w:jc w:val="right"/>
            </w:pPr>
            <w:r>
              <w:rPr>
                <w:b/>
                <w:rtl/>
                <w:bCs/>
              </w:rPr>
              <w:t>🎓 חט״ע</w:t>
            </w:r>
          </w:p>
        </w:tc>
        <w:tc>
          <w:tcPr>
            <w:tcW w:type="dxa" w:w="5103"/>
          </w:tcPr>
          <w:p>
            <w:pPr>
              <w:bidi/>
              <w:spacing w:after="60"/>
              <w:jc w:val="right"/>
            </w:pPr>
            <w:r>
              <w:rPr>
                <w:b w:val="0"/>
                <w:sz w:val="20"/>
                <w:rtl/>
                <w:szCs w:val="20"/>
              </w:rPr>
              <w:t>שחייה: 1. פנייה בגוף שני, מבט אישי ורגשי, מבנה של פתיחה וחתימה · 2. מראה שמבנה המכתב (חלום–מכשול–תוכנית) תואם מחקר · 3. דמיון ההצלחה בלבד, בלי מכשולים ◆ סימון: "זה בסדר" ◆ מיון: 🧱 אם (מכשול): אם אני מפחדת לשאול, אם אקבל ציון נמוך בפיזיקה | 🛠️ אז (תגובה): אז אכתוב את השאלה על פתק קודם, אז אבקש שיעור עזר</w:t>
            </w:r>
          </w:p>
        </w:tc>
      </w:tr>
      <w:tr>
        <w:tc>
          <w:tcPr>
            <w:tcW w:type="dxa" w:w="5103"/>
          </w:tcPr>
          <w:p>
            <w:pPr>
              <w:bidi/>
              <w:spacing w:after="60"/>
              <w:jc w:val="right"/>
            </w:pPr>
            <w:r>
              <w:rPr>
                <w:b/>
                <w:rtl/>
                <w:bCs/>
              </w:rPr>
              <w:t>🧸 יסודי</w:t>
            </w:r>
          </w:p>
        </w:tc>
        <w:tc>
          <w:tcPr>
            <w:tcW w:type="dxa" w:w="5103"/>
          </w:tcPr>
          <w:p>
            <w:pPr>
              <w:bidi/>
              <w:spacing w:after="60"/>
              <w:jc w:val="right"/>
            </w:pPr>
            <w:r>
              <w:rPr>
                <w:b w:val="0"/>
                <w:sz w:val="20"/>
                <w:rtl/>
                <w:szCs w:val="20"/>
              </w:rPr>
              <w:t>שחייה: 1. וטרינרית · 2. מאכילה את החתול ◆ סימון: "זה הצעד הראשון שלי" ◆ מיון: 🌟 חלום: להיות וטרינרית, לטוס לירח | 👣 צעד קטן: להאכיל חתול, לקרוא ספר על חיות</w:t>
            </w:r>
          </w:p>
        </w:tc>
      </w:tr>
      <w:tr>
        <w:tc>
          <w:tcPr>
            <w:tcW w:type="dxa" w:w="5103"/>
          </w:tcPr>
          <w:p>
            <w:pPr>
              <w:bidi/>
              <w:spacing w:after="60"/>
              <w:jc w:val="right"/>
            </w:pPr>
            <w:r>
              <w:rPr>
                <w:b/>
                <w:rtl/>
                <w:bCs/>
              </w:rPr>
              <w:t>🟢 עולים</w:t>
            </w:r>
          </w:p>
        </w:tc>
        <w:tc>
          <w:tcPr>
            <w:tcW w:type="dxa" w:w="5103"/>
          </w:tcPr>
          <w:p>
            <w:pPr>
              <w:bidi/>
              <w:spacing w:after="60"/>
              <w:jc w:val="right"/>
            </w:pPr>
            <w:r>
              <w:rPr>
                <w:b w:val="0"/>
                <w:sz w:val="20"/>
                <w:rtl/>
                <w:szCs w:val="20"/>
              </w:rPr>
              <w:t>שחייה: 1. מְהַנְדֵּס/ת · 2. לוֹמֵד/ת מִלִּים חֲדָשׁוֹת ◆ סימון: "אני מפחד/ת שהעברית קשה" ◆ מילון: עָתִיד=future · מְהַנְדֵּס/ת=engineer · מִפַּחַד/ת=afraid · כָּל יוֹם=every day · מַאֲמִין/ה=believe</w:t>
            </w:r>
          </w:p>
        </w:tc>
      </w:tr>
      <w:tr>
        <w:tc>
          <w:tcPr>
            <w:tcW w:type="dxa" w:w="5103"/>
          </w:tcPr>
          <w:p>
            <w:pPr>
              <w:bidi/>
              <w:spacing w:after="60"/>
              <w:jc w:val="right"/>
            </w:pPr>
            <w:r>
              <w:rPr>
                <w:b/>
                <w:rtl/>
                <w:bCs/>
              </w:rPr>
              <w:t>🧩 חנ״מ</w:t>
            </w:r>
          </w:p>
        </w:tc>
        <w:tc>
          <w:tcPr>
            <w:tcW w:type="dxa" w:w="5103"/>
          </w:tcPr>
          <w:p>
            <w:pPr>
              <w:bidi/>
              <w:spacing w:after="60"/>
              <w:jc w:val="right"/>
            </w:pPr>
            <w:r>
              <w:rPr>
                <w:b w:val="0"/>
                <w:sz w:val="20"/>
                <w:rtl/>
                <w:szCs w:val="20"/>
              </w:rPr>
              <w:t>תמונות: כל בחירה · צעד קטן כל יום ◆ מיון: ✅ עכשיו: 📚 לקרוא, 🎨 לצייר | ⏳ כשאגדל: 🚗 לנהוג, 🏠 לקנות בית</w:t>
            </w:r>
          </w:p>
        </w:tc>
      </w:tr>
    </w:tbl>
    <w:p>
      <w:pPr>
        <w:bidi/>
        <w:spacing w:after="60"/>
        <w:jc w:val="right"/>
      </w:pPr>
      <w:r>
        <w:rPr>
          <w:b/>
          <w:sz w:val="26"/>
          <w:rtl/>
          <w:bCs/>
          <w:szCs w:val="26"/>
        </w:rPr>
        <w:t>🗣️ מעגל שיח</w:t>
      </w:r>
    </w:p>
    <w:p>
      <w:pPr>
        <w:bidi/>
        <w:spacing w:after="60"/>
        <w:jc w:val="right"/>
      </w:pPr>
      <w:r>
        <w:rPr>
          <w:b w:val="0"/>
          <w:rtl/>
        </w:rPr>
        <w:t>1. מה ההבדל בין חלום, מטרה וצעד?</w:t>
      </w:r>
    </w:p>
    <w:p>
      <w:pPr>
        <w:bidi/>
        <w:spacing w:after="60"/>
        <w:jc w:val="right"/>
      </w:pPr>
      <w:r>
        <w:rPr>
          <w:b w:val="0"/>
          <w:rtl/>
        </w:rPr>
        <w:t>2. איזה פחד עלול לעצור חלום – ומה עוזר מולו?</w:t>
      </w:r>
    </w:p>
    <w:p>
      <w:pPr>
        <w:bidi/>
        <w:spacing w:after="60"/>
        <w:jc w:val="right"/>
      </w:pPr>
      <w:r>
        <w:rPr>
          <w:b w:val="0"/>
          <w:rtl/>
        </w:rPr>
        <w:t>3. מי מאמין בכם? ומה הייתם רוצים שיגיד לכם ביום קשה?</w:t>
      </w:r>
    </w:p>
    <w:p>
      <w:pPr>
        <w:bidi/>
        <w:spacing w:after="60"/>
        <w:jc w:val="right"/>
      </w:pPr>
      <w:r>
        <w:rPr>
          <w:b/>
          <w:sz w:val="26"/>
          <w:rtl/>
          <w:bCs/>
          <w:szCs w:val="26"/>
        </w:rPr>
        <w:t>🎬 מתווה מצגת (איורים בסגנון תלת־ממדי חמוד)</w:t>
      </w:r>
    </w:p>
    <w:p>
      <w:pPr>
        <w:bidi/>
        <w:spacing w:after="60"/>
        <w:jc w:val="right"/>
      </w:pPr>
      <w:r>
        <w:rPr>
          <w:b w:val="0"/>
          <w:rtl/>
        </w:rPr>
        <w:t>1. שקופית פתיחה: דמות תלת־ממדית עם טלסקופ על גג, מביטה בכוכבים</w:t>
      </w:r>
    </w:p>
    <w:p>
      <w:pPr>
        <w:bidi/>
        <w:spacing w:after="60"/>
        <w:jc w:val="right"/>
      </w:pPr>
      <w:r>
        <w:rPr>
          <w:b w:val="0"/>
          <w:rtl/>
        </w:rPr>
        <w:t>2. המכתב של אלה</w:t>
      </w:r>
    </w:p>
    <w:p>
      <w:pPr>
        <w:bidi/>
        <w:spacing w:after="60"/>
        <w:jc w:val="right"/>
      </w:pPr>
      <w:r>
        <w:rPr>
          <w:b w:val="0"/>
          <w:rtl/>
        </w:rPr>
        <w:t>3. חלום ← מטרה ← צעד</w:t>
      </w:r>
    </w:p>
    <w:p>
      <w:pPr>
        <w:bidi/>
        <w:spacing w:after="60"/>
        <w:jc w:val="right"/>
      </w:pPr>
      <w:r>
        <w:rPr>
          <w:b w:val="0"/>
          <w:rtl/>
        </w:rPr>
        <w:t>4. הפחד שבדרך – ומה עוזר מולו (גש״ר מאח״ד)</w:t>
      </w:r>
    </w:p>
    <w:p>
      <w:pPr>
        <w:bidi/>
        <w:spacing w:after="60"/>
        <w:jc w:val="right"/>
      </w:pPr>
      <w:r>
        <w:rPr>
          <w:b w:val="0"/>
          <w:rtl/>
        </w:rPr>
        <w:t>5. כרטיס יציאה: הצעד הראשון שלי</w:t>
      </w:r>
    </w:p>
    <w:p>
      <w:pPr>
        <w:bidi/>
        <w:spacing w:after="60"/>
        <w:jc w:val="right"/>
      </w:pPr>
      <w:r>
        <w:rPr>
          <w:b w:val="0"/>
          <w:color w:val="E65100"/>
          <w:sz w:val="20"/>
          <w:rtl/>
          <w:szCs w:val="20"/>
        </w:rPr>
        <w:t>🛟 מרחב בטוח: תמיכה ולמידה – לא טיפול. מותר לא לשתף. כל דאגה – פונים ליועצת. מודלים: גש״ר מאח״ד · עש״ן ד״ק · מעש״ה.</w:t>
      </w:r>
    </w:p>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 חט״ב</w:t>
      </w:r>
    </w:p>
    <w:p>
      <w:pPr>
        <w:bidi/>
        <w:spacing w:after="60"/>
        <w:jc w:val="right"/>
      </w:pPr>
      <w:r>
        <w:rPr>
          <w:b w:val="0"/>
          <w:color w:val="5B6185"/>
          <w:rtl/>
        </w:rPr>
        <w:t>ערכה להדפסה • לכיתות ז׳–ט׳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לאלה בת ה־24, מאלה בת ה־14</w:t>
            </w:r>
          </w:p>
          <w:p>
            <w:pPr>
              <w:bidi/>
              <w:spacing w:after="60"/>
              <w:jc w:val="right"/>
            </w:pPr>
            <w:r>
              <w:rPr>
                <w:b w:val="0"/>
                <w:color w:val="7E57C2"/>
                <w:sz w:val="18"/>
                <w:rtl/>
                <w:szCs w:val="18"/>
              </w:rPr>
              <w:t>מכתב לעצמי העתידי</w:t>
            </w:r>
          </w:p>
          <w:p>
            <w:pPr>
              <w:bidi/>
              <w:spacing w:after="60"/>
              <w:jc w:val="right"/>
            </w:pPr>
            <w:r>
              <w:rPr>
                <w:b w:val="0"/>
                <w:rtl/>
              </w:rPr>
              <w:t>שלום לי,</w:t>
            </w:r>
          </w:p>
          <w:p>
            <w:pPr>
              <w:bidi/>
              <w:spacing w:after="60"/>
              <w:jc w:val="right"/>
            </w:pPr>
            <w:r>
              <w:rPr>
                <w:b w:val="0"/>
                <w:rtl/>
              </w:rPr>
              <w:t>אני כותבת לך מהחדר שלי, עם הפוסטר המקומט של הכוכבים מעל המיטה. המורה ביקשה שנכתוב לעצמנו בעוד עשר שנים, אז הנה.</w:t>
            </w:r>
          </w:p>
          <w:p>
            <w:pPr>
              <w:bidi/>
              <w:spacing w:after="60"/>
              <w:jc w:val="right"/>
            </w:pPr>
            <w:r>
              <w:rPr>
                <w:b w:val="0"/>
                <w:rtl/>
              </w:rPr>
              <w:t>אני רוצה לשאול אותך שלוש שאלות. אחת – את עדיין מסתכלת בכוכבים? כי היום אני חולמת להיות חוקרת חלל. אבל אני גרועה בפיזיקה, ואני מפחדת שזה סתם חלום של ילדה.</w:t>
            </w:r>
          </w:p>
          <w:p>
            <w:pPr>
              <w:bidi/>
              <w:spacing w:after="60"/>
              <w:jc w:val="right"/>
            </w:pPr>
            <w:r>
              <w:rPr>
                <w:b w:val="0"/>
                <w:rtl/>
              </w:rPr>
              <w:t>שתיים – את זוכרת את הפחד? הפחד לשאול שאלות בכיתה כי אולי יצחקו? אני מקווה שהתגברת. כדי שיהיה לך קל יותר, אני מבטיחה שהשנה אשאל לפחות שאלה אחת בכל שיעור מדעים. צעד קטן, אבל שלי.</w:t>
            </w:r>
          </w:p>
          <w:p>
            <w:pPr>
              <w:bidi/>
              <w:spacing w:after="60"/>
              <w:jc w:val="right"/>
            </w:pPr>
            <w:r>
              <w:rPr>
                <w:b w:val="0"/>
                <w:rtl/>
              </w:rPr>
              <w:t>שלוש – ואם לא נהיית חוקרת חלל? זה בסדר. אולי גילית משהו אחר שאת אוהבת. רק תבטיחי לי שבחרת בעצמך, ולא בגלל מה שאחרים חשבו.</w:t>
            </w:r>
          </w:p>
          <w:p>
            <w:pPr>
              <w:bidi/>
              <w:spacing w:after="60"/>
              <w:jc w:val="right"/>
            </w:pPr>
            <w:r>
              <w:rPr>
                <w:b w:val="0"/>
                <w:rtl/>
              </w:rPr>
              <w:t>אה, ועוד דבר: אם את קוראת את זה ביום קשה – תזכרי שפעם, בת ארבע־עשרה, האמנתי בך.</w:t>
            </w:r>
          </w:p>
          <w:p>
            <w:pPr>
              <w:bidi/>
              <w:spacing w:after="60"/>
              <w:jc w:val="right"/>
            </w:pPr>
            <w:r>
              <w:rPr>
                <w:b w:val="0"/>
                <w:rtl/>
              </w:rPr>
              <w:t>שלך, אלה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על מה חולמת אלה?</w:t>
      </w:r>
    </w:p>
    <w:p>
      <w:pPr>
        <w:bidi/>
        <w:spacing w:after="60"/>
        <w:jc w:val="right"/>
      </w:pPr>
      <w:r>
        <w:rPr>
          <w:b w:val="0"/>
          <w:rtl/>
        </w:rPr>
        <w:t>○ להיות חוקרת חלל    ○ להיות שחקנית    ○ להיות רופאה</w:t>
      </w:r>
    </w:p>
    <w:p>
      <w:pPr>
        <w:bidi/>
        <w:spacing w:after="60"/>
        <w:jc w:val="right"/>
      </w:pPr>
      <w:r>
        <w:rPr>
          <w:b/>
          <w:rtl/>
          <w:bCs/>
        </w:rPr>
        <w:t>2. ממה אלה מפחדת?</w:t>
      </w:r>
    </w:p>
    <w:p>
      <w:pPr>
        <w:bidi/>
        <w:spacing w:after="60"/>
        <w:jc w:val="right"/>
      </w:pPr>
      <w:r>
        <w:rPr>
          <w:b w:val="0"/>
          <w:rtl/>
        </w:rPr>
        <w:t>○ לשאול שאלות בכיתה    ○ מכלבים    ○ מהחושך</w:t>
      </w:r>
    </w:p>
    <w:p>
      <w:pPr>
        <w:bidi/>
        <w:spacing w:after="60"/>
        <w:jc w:val="right"/>
      </w:pPr>
      <w:r>
        <w:rPr>
          <w:b/>
          <w:rtl/>
          <w:bCs/>
        </w:rPr>
        <w:t>3. מה הצעד הקטן שהיא מבטיחה?</w:t>
      </w:r>
    </w:p>
    <w:p>
      <w:pPr>
        <w:bidi/>
        <w:spacing w:after="60"/>
        <w:jc w:val="right"/>
      </w:pPr>
      <w:r>
        <w:rPr>
          <w:b w:val="0"/>
          <w:rtl/>
        </w:rPr>
        <w:t>○ לשאול שאלה בכל שיעור מדעים    ○ לקנות טלסקופ    ○ לעבור לעיר אחרת</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שמראה שאלה מקבלת גם שינוי בחלום,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חלום, פחד או צעד?</w:t>
      </w:r>
    </w:p>
    <w:p>
      <w:pPr>
        <w:bidi/>
        <w:spacing w:after="60"/>
        <w:jc w:val="right"/>
      </w:pPr>
      <w:r>
        <w:rPr>
          <w:b w:val="0"/>
          <w:rtl/>
        </w:rPr>
        <w:t>כרטיסים: חוקרת חלל · שיצחקו עליה · שאלה בכל שיעור · 'סתם חלום של ילדה' · להסתכל בכוכבים</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DE7F6"/>
          </w:tcPr>
          <w:p>
            <w:pPr>
              <w:bidi/>
              <w:spacing w:after="60"/>
              <w:jc w:val="center"/>
            </w:pPr>
            <w:r>
              <w:rPr>
                <w:b/>
                <w:rtl/>
                <w:bCs/>
              </w:rPr>
              <w:t>🌟 חלום</w:t>
            </w:r>
          </w:p>
        </w:tc>
        <w:tc>
          <w:tcPr>
            <w:tcW w:type="dxa" w:w="3402"/>
            <w:shd w:val="clear" w:color="auto" w:fill="EDE7F6"/>
          </w:tcPr>
          <w:p>
            <w:pPr>
              <w:bidi/>
              <w:spacing w:after="60"/>
              <w:jc w:val="center"/>
            </w:pPr>
            <w:r>
              <w:rPr>
                <w:b/>
                <w:rtl/>
                <w:bCs/>
              </w:rPr>
              <w:t>😨 פחד</w:t>
            </w:r>
          </w:p>
        </w:tc>
        <w:tc>
          <w:tcPr>
            <w:tcW w:type="dxa" w:w="3402"/>
            <w:shd w:val="clear" w:color="auto" w:fill="EDE7F6"/>
          </w:tcPr>
          <w:p>
            <w:pPr>
              <w:bidi/>
              <w:spacing w:after="60"/>
              <w:jc w:val="center"/>
            </w:pPr>
            <w:r>
              <w:rPr>
                <w:b/>
                <w:rtl/>
                <w:bCs/>
              </w:rPr>
              <w:t>👣 צעד</w:t>
            </w:r>
          </w:p>
        </w:tc>
      </w:tr>
      <w:tr>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r>
    </w:tbl>
    <w:p>
      <w:pPr>
        <w:bidi/>
        <w:spacing w:after="60"/>
        <w:jc w:val="right"/>
      </w:pPr>
      <w:r>
        <w:rPr>
          <w:b/>
          <w:rtl/>
          <w:bCs/>
        </w:rPr>
        <w:t>3. למה המכתב כתוב בגוף שני ('את')?</w:t>
      </w:r>
    </w:p>
    <w:p>
      <w:pPr>
        <w:bidi/>
        <w:spacing w:after="60"/>
        <w:jc w:val="right"/>
      </w:pPr>
      <w:r>
        <w:rPr>
          <w:b w:val="0"/>
          <w:rtl/>
        </w:rPr>
        <w:t>○ כי אלה פונה לעצמה העתידית כאילו לאדם אחר    ○ טעות    ○ כי הוא למורה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מכתב קצר לעצמכם בעוד 10 שנים: חלום אחד, פחד אחד, וצעד קטן אחד שאתם מבטיחים כבר השנה.</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מה ההבדל בין חלום, מטרה וצעד?</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חלומות לעתיד     שם: __________</w:t>
            </w:r>
          </w:p>
          <w:p>
            <w:pPr>
              <w:bidi/>
              <w:spacing w:after="60"/>
              <w:jc w:val="right"/>
            </w:pPr>
            <w:r>
              <w:rPr>
                <w:b w:val="0"/>
                <w:rtl/>
              </w:rPr>
              <w:t>חלום אחד שלי:</w:t>
            </w:r>
          </w:p>
          <w:p>
            <w:pPr>
              <w:bidi/>
              <w:spacing w:after="60"/>
              <w:jc w:val="right"/>
            </w:pPr>
            <w:r>
              <w:rPr>
                <w:b w:val="0"/>
                <w:color w:val="999999"/>
                <w:rtl/>
              </w:rPr>
              <w:t>____________________________________________________________</w:t>
            </w:r>
          </w:p>
          <w:p>
            <w:pPr>
              <w:bidi/>
              <w:spacing w:after="60"/>
              <w:jc w:val="right"/>
            </w:pPr>
            <w:r>
              <w:rPr>
                <w:b w:val="0"/>
                <w:rtl/>
              </w:rPr>
              <w:t>צעד קטן שאעשה החודש:</w:t>
            </w:r>
          </w:p>
          <w:p>
            <w:pPr>
              <w:bidi/>
              <w:spacing w:after="60"/>
              <w:jc w:val="right"/>
            </w:pPr>
            <w:r>
              <w:rPr>
                <w:b w:val="0"/>
                <w:color w:val="999999"/>
                <w:rtl/>
              </w:rPr>
              <w:t>____________________________________________________________</w:t>
            </w:r>
          </w:p>
          <w:p>
            <w:pPr>
              <w:bidi/>
              <w:spacing w:after="60"/>
              <w:jc w:val="right"/>
            </w:pPr>
            <w:r>
              <w:rPr>
                <w:b w:val="0"/>
                <w:rtl/>
              </w:rPr>
              <w:t>משפט שאכתוב לעצמי העתידי/ת: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 חט״ע</w:t>
      </w:r>
    </w:p>
    <w:p>
      <w:pPr>
        <w:bidi/>
        <w:spacing w:after="60"/>
        <w:jc w:val="right"/>
      </w:pPr>
      <w:r>
        <w:rPr>
          <w:b w:val="0"/>
          <w:color w:val="5B6185"/>
          <w:rtl/>
        </w:rPr>
        <w:t>ערכה להדפסה • לכיתות י׳–י״ב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לאלה בת ה־24, מאלה בת ה־14</w:t>
            </w:r>
          </w:p>
          <w:p>
            <w:pPr>
              <w:bidi/>
              <w:spacing w:after="60"/>
              <w:jc w:val="right"/>
            </w:pPr>
            <w:r>
              <w:rPr>
                <w:b w:val="0"/>
                <w:color w:val="7E57C2"/>
                <w:sz w:val="18"/>
                <w:rtl/>
                <w:szCs w:val="18"/>
              </w:rPr>
              <w:t>מכתב לעצמי העתידי</w:t>
            </w:r>
          </w:p>
          <w:p>
            <w:pPr>
              <w:bidi/>
              <w:spacing w:after="60"/>
              <w:jc w:val="right"/>
            </w:pPr>
            <w:r>
              <w:rPr>
                <w:b w:val="0"/>
                <w:rtl/>
              </w:rPr>
              <w:t>[1] שלום לי,</w:t>
            </w:r>
          </w:p>
          <w:p>
            <w:pPr>
              <w:bidi/>
              <w:spacing w:after="60"/>
              <w:jc w:val="right"/>
            </w:pPr>
            <w:r>
              <w:rPr>
                <w:b w:val="0"/>
                <w:rtl/>
              </w:rPr>
              <w:t>אני כותבת לך מהחדר שלי, עם הפוסטר המקומט של הכוכבים מעל המיטה. המורה ביקשה שנכתוב לעצמנו בעוד עשר שנים, אז הנה.</w:t>
            </w:r>
          </w:p>
          <w:p>
            <w:pPr>
              <w:bidi/>
              <w:spacing w:after="60"/>
              <w:jc w:val="right"/>
            </w:pPr>
            <w:r>
              <w:rPr>
                <w:b w:val="0"/>
                <w:rtl/>
              </w:rPr>
              <w:t>[2] אני רוצה לשאול אותך שלוש שאלות. אחת – את עדיין מסתכלת בכוכבים? כי היום אני חולמת להיות חוקרת חלל. אבל אני גרועה בפיזיקה, ואני מפחדת שזה סתם חלום של ילדה.</w:t>
            </w:r>
          </w:p>
          <w:p>
            <w:pPr>
              <w:bidi/>
              <w:spacing w:after="60"/>
              <w:jc w:val="right"/>
            </w:pPr>
            <w:r>
              <w:rPr>
                <w:b w:val="0"/>
                <w:rtl/>
              </w:rPr>
              <w:t>[3] שתיים – את זוכרת את הפחד? הפחד לשאול שאלות בכיתה כי אולי יצחקו? אני מקווה שהתגברת. כדי שיהיה לך קל יותר, אני מבטיחה שהשנה אשאל לפחות שאלה אחת בכל שיעור מדעים. צעד קטן, אבל שלי.</w:t>
            </w:r>
          </w:p>
          <w:p>
            <w:pPr>
              <w:bidi/>
              <w:spacing w:after="60"/>
              <w:jc w:val="right"/>
            </w:pPr>
            <w:r>
              <w:rPr>
                <w:b w:val="0"/>
                <w:rtl/>
              </w:rPr>
              <w:t>[4] שלוש – ואם לא נהיית חוקרת חלל? זה בסדר. אולי גילית משהו אחר שאת אוהבת. רק תבטיחי לי שבחרת בעצמך, ולא בגלל מה שאחרים חשבו.</w:t>
            </w:r>
          </w:p>
          <w:p>
            <w:pPr>
              <w:bidi/>
              <w:spacing w:after="60"/>
              <w:jc w:val="right"/>
            </w:pPr>
            <w:r>
              <w:rPr>
                <w:b w:val="0"/>
                <w:rtl/>
              </w:rPr>
              <w:t>[5] אה, ועוד דבר: אם את קוראת את זה ביום קשה – תזכרי שפעם, בת ארבע־עשרה, האמנתי בך.</w:t>
            </w:r>
          </w:p>
          <w:p>
            <w:pPr>
              <w:bidi/>
              <w:spacing w:after="60"/>
              <w:jc w:val="right"/>
            </w:pPr>
            <w:r>
              <w:rPr>
                <w:b w:val="0"/>
                <w:rtl/>
              </w:rPr>
              <w:t>שלך, אלה</w:t>
            </w:r>
          </w:p>
          <w:p>
            <w:pPr>
              <w:bidi/>
              <w:spacing w:after="60"/>
              <w:jc w:val="right"/>
            </w:pPr>
            <w:r>
              <w:rPr>
                <w:b w:val="0"/>
                <w:rtl/>
              </w:rPr>
              <w:t>[6] פסיכולוגים מבחינים בין 'פנטזיה חיובית' – לדמיין רק את ההצלחה – לבין חשיבה הכוללת גם את המכשולים. מחקרים מצאו שדמיון ההצלחה לבדו עלול דווקא להפחית מאמץ, משום שהמוח 'נהנה' מההישג עוד לפני שהושג. לעומת זאת, מי שמדמיין גם את המכשול ומתכנן מראש 'אם... אז...' – מגדיל את סיכוייו להתקדם. המכתב של אלה עושה בדיוק זאת: חלום, מכשול ותוכנית.</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 מאפיין את סוגת 'המכתב לעצמי'?</w:t>
      </w:r>
    </w:p>
    <w:p>
      <w:pPr>
        <w:bidi/>
        <w:spacing w:after="60"/>
        <w:jc w:val="right"/>
      </w:pPr>
      <w:r>
        <w:rPr>
          <w:b w:val="0"/>
          <w:rtl/>
        </w:rPr>
        <w:t>○ פנייה בגוף שני, מבט אישי ורגשי, מבנה של פתיחה וחתימה    ○ עובדות ונתונים בלבד    ○ דיאלוג בין דמויות רבות</w:t>
      </w:r>
    </w:p>
    <w:p>
      <w:pPr>
        <w:bidi/>
        <w:spacing w:after="60"/>
        <w:jc w:val="right"/>
      </w:pPr>
      <w:r>
        <w:rPr>
          <w:b/>
          <w:rtl/>
          <w:bCs/>
        </w:rPr>
        <w:t>2. כיצד הפסקה האחרונה מאירה את המכתב?</w:t>
      </w:r>
    </w:p>
    <w:p>
      <w:pPr>
        <w:bidi/>
        <w:spacing w:after="60"/>
        <w:jc w:val="right"/>
      </w:pPr>
      <w:r>
        <w:rPr>
          <w:b w:val="0"/>
          <w:rtl/>
        </w:rPr>
        <w:t>○ מראה שמבנה המכתב (חלום–מכשול–תוכנית) תואם מחקר    ○ סותרת את המכתב    ○ מוסיפה דמות</w:t>
      </w:r>
    </w:p>
    <w:p>
      <w:pPr>
        <w:bidi/>
        <w:spacing w:after="60"/>
        <w:jc w:val="right"/>
      </w:pPr>
      <w:r>
        <w:rPr>
          <w:b/>
          <w:rtl/>
          <w:bCs/>
        </w:rPr>
        <w:t>3. מהי 'פנטזיה חיובית' לפי הטקסט?</w:t>
      </w:r>
    </w:p>
    <w:p>
      <w:pPr>
        <w:bidi/>
        <w:spacing w:after="60"/>
        <w:jc w:val="right"/>
      </w:pPr>
      <w:r>
        <w:rPr>
          <w:b w:val="0"/>
          <w:rtl/>
        </w:rPr>
        <w:t>○ דמיון ההצלחה בלבד, בלי מכשולים    ○ תוכנית מפורטת    ○ פחד מכישלון</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שמראה שאלה מקבלת גם שינוי בחלום,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השלימו תוכנית 'אם... אז...' – מכשול או תגובה?</w:t>
      </w:r>
    </w:p>
    <w:p>
      <w:pPr>
        <w:bidi/>
        <w:spacing w:after="60"/>
        <w:jc w:val="right"/>
      </w:pPr>
      <w:r>
        <w:rPr>
          <w:b w:val="0"/>
          <w:rtl/>
        </w:rPr>
        <w:t>כרטיסים: אם אני מפחדת לשאול · אז אכתוב את השאלה על פתק קודם · אם אקבל ציון נמוך בפיזיקה · אז אבקש שיעור עזר</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אם (מכשול)</w:t>
            </w:r>
          </w:p>
        </w:tc>
        <w:tc>
          <w:tcPr>
            <w:tcW w:type="dxa" w:w="5103"/>
            <w:shd w:val="clear" w:color="auto" w:fill="EDE7F6"/>
          </w:tcPr>
          <w:p>
            <w:pPr>
              <w:bidi/>
              <w:spacing w:after="60"/>
              <w:jc w:val="center"/>
            </w:pPr>
            <w:r>
              <w:rPr>
                <w:b/>
                <w:rtl/>
                <w:bCs/>
              </w:rPr>
              <w:t>🛠️ אז (תגובה)</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מכתב לעצמכם העתידיים שכולל חלום, שני מכשולים צפויים ושתי תוכניות 'אם... אז...'. שלבו משאב חוסן אחד מגש״ר מאח״ד (למשל ש = שייכות, ר = רגש).</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מה ההבדל בין חלום, מטרה וצעד?</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חלומות לעתיד     שם: __________</w:t>
            </w:r>
          </w:p>
          <w:p>
            <w:pPr>
              <w:bidi/>
              <w:spacing w:after="60"/>
              <w:jc w:val="right"/>
            </w:pPr>
            <w:r>
              <w:rPr>
                <w:b w:val="0"/>
                <w:rtl/>
              </w:rPr>
              <w:t>חלום אחד שלי:</w:t>
            </w:r>
          </w:p>
          <w:p>
            <w:pPr>
              <w:bidi/>
              <w:spacing w:after="60"/>
              <w:jc w:val="right"/>
            </w:pPr>
            <w:r>
              <w:rPr>
                <w:b w:val="0"/>
                <w:color w:val="999999"/>
                <w:rtl/>
              </w:rPr>
              <w:t>____________________________________________________________</w:t>
            </w:r>
          </w:p>
          <w:p>
            <w:pPr>
              <w:bidi/>
              <w:spacing w:after="60"/>
              <w:jc w:val="right"/>
            </w:pPr>
            <w:r>
              <w:rPr>
                <w:b w:val="0"/>
                <w:rtl/>
              </w:rPr>
              <w:t>צעד קטן שאעשה החודש:</w:t>
            </w:r>
          </w:p>
          <w:p>
            <w:pPr>
              <w:bidi/>
              <w:spacing w:after="60"/>
              <w:jc w:val="right"/>
            </w:pPr>
            <w:r>
              <w:rPr>
                <w:b w:val="0"/>
                <w:color w:val="999999"/>
                <w:rtl/>
              </w:rPr>
              <w:t>____________________________________________________________</w:t>
            </w:r>
          </w:p>
          <w:p>
            <w:pPr>
              <w:bidi/>
              <w:spacing w:after="60"/>
              <w:jc w:val="right"/>
            </w:pPr>
            <w:r>
              <w:rPr>
                <w:b w:val="0"/>
                <w:rtl/>
              </w:rPr>
              <w:t>משפט שאכתוב לעצמי העתידי/ת: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 יסודי</w:t>
      </w:r>
    </w:p>
    <w:p>
      <w:pPr>
        <w:bidi/>
        <w:spacing w:after="60"/>
        <w:jc w:val="right"/>
      </w:pPr>
      <w:r>
        <w:rPr>
          <w:b w:val="0"/>
          <w:color w:val="5B6185"/>
          <w:rtl/>
        </w:rPr>
        <w:t>ערכה להדפסה • לכיתות ג׳–ו׳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כשאהיה גדולה</w:t>
            </w:r>
          </w:p>
          <w:p>
            <w:pPr>
              <w:bidi/>
              <w:spacing w:after="60"/>
              <w:jc w:val="right"/>
            </w:pPr>
            <w:r>
              <w:rPr>
                <w:b w:val="0"/>
                <w:color w:val="7E57C2"/>
                <w:sz w:val="18"/>
                <w:rtl/>
                <w:szCs w:val="18"/>
              </w:rPr>
              <w:t>מכתב לעצמי העתידי</w:t>
            </w:r>
          </w:p>
          <w:p>
            <w:pPr>
              <w:bidi/>
              <w:spacing w:after="60"/>
              <w:jc w:val="right"/>
            </w:pPr>
            <w:r>
              <w:rPr>
                <w:b w:val="0"/>
                <w:sz w:val="26"/>
                <w:rtl/>
                <w:szCs w:val="26"/>
              </w:rPr>
              <w:t>נגה רוצה להיות וטרינרית. היא אוהבת חיות.</w:t>
            </w:r>
          </w:p>
          <w:p>
            <w:pPr>
              <w:bidi/>
              <w:spacing w:after="60"/>
              <w:jc w:val="right"/>
            </w:pPr>
            <w:r>
              <w:rPr>
                <w:b w:val="0"/>
                <w:sz w:val="26"/>
                <w:rtl/>
                <w:szCs w:val="26"/>
              </w:rPr>
              <w:t>היא שואלת: "מה אני יכולה לעשות כבר עכשיו?"</w:t>
            </w:r>
          </w:p>
          <w:p>
            <w:pPr>
              <w:bidi/>
              <w:spacing w:after="60"/>
              <w:jc w:val="right"/>
            </w:pPr>
            <w:r>
              <w:rPr>
                <w:b w:val="0"/>
                <w:sz w:val="26"/>
                <w:rtl/>
                <w:szCs w:val="26"/>
              </w:rPr>
              <w:t>אמא אומרת: "לקרוא ספרים על חיות, ולטפל בחתול שלנו."</w:t>
            </w:r>
          </w:p>
          <w:p>
            <w:pPr>
              <w:bidi/>
              <w:spacing w:after="60"/>
              <w:jc w:val="right"/>
            </w:pPr>
            <w:r>
              <w:rPr>
                <w:b w:val="0"/>
                <w:sz w:val="26"/>
                <w:rtl/>
                <w:szCs w:val="26"/>
              </w:rPr>
              <w:t>נגה מאכילה את החתול כל בוקר. 🐱</w:t>
            </w:r>
          </w:p>
          <w:p>
            <w:pPr>
              <w:bidi/>
              <w:spacing w:after="60"/>
              <w:jc w:val="right"/>
            </w:pPr>
            <w:r>
              <w:rPr>
                <w:b w:val="0"/>
                <w:sz w:val="26"/>
                <w:rtl/>
                <w:szCs w:val="26"/>
              </w:rPr>
              <w:t>"זה הצעד הראשון שלי!" היא אומרת.</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נגה רוצה להיות?</w:t>
      </w:r>
    </w:p>
    <w:p>
      <w:pPr>
        <w:bidi/>
        <w:spacing w:after="60"/>
        <w:jc w:val="right"/>
      </w:pPr>
      <w:r>
        <w:rPr>
          <w:b w:val="0"/>
          <w:sz w:val="26"/>
          <w:rtl/>
          <w:szCs w:val="26"/>
        </w:rPr>
        <w:t>○ וטרינרית    ○ טייסת    ○ זמרת</w:t>
      </w:r>
    </w:p>
    <w:p>
      <w:pPr>
        <w:bidi/>
        <w:spacing w:after="60"/>
        <w:jc w:val="right"/>
      </w:pPr>
      <w:r>
        <w:rPr>
          <w:b/>
          <w:sz w:val="26"/>
          <w:rtl/>
          <w:bCs/>
          <w:szCs w:val="26"/>
        </w:rPr>
        <w:t>2. מה נגה עושה כל בוקר?</w:t>
      </w:r>
    </w:p>
    <w:p>
      <w:pPr>
        <w:bidi/>
        <w:spacing w:after="60"/>
        <w:jc w:val="right"/>
      </w:pPr>
      <w:r>
        <w:rPr>
          <w:b w:val="0"/>
          <w:sz w:val="26"/>
          <w:rtl/>
          <w:szCs w:val="26"/>
        </w:rPr>
        <w:t>○ מאכילה את החתול    ○ רוקדת    ○ ישנה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נגה אומרת שהתחילה, והעתיקו אותו:</w:t>
      </w:r>
    </w:p>
    <w:p>
      <w:pPr>
        <w:bidi/>
        <w:spacing w:after="60"/>
        <w:jc w:val="right"/>
      </w:pPr>
      <w:r>
        <w:rPr>
          <w:b w:val="0"/>
          <w:color w:val="999999"/>
          <w:rtl/>
        </w:rPr>
        <w:t>______________________________________________________________________</w:t>
      </w:r>
    </w:p>
    <w:p>
      <w:pPr>
        <w:bidi/>
        <w:spacing w:after="60"/>
        <w:jc w:val="right"/>
      </w:pPr>
      <w:r>
        <w:rPr>
          <w:b/>
          <w:rtl/>
          <w:bCs/>
        </w:rPr>
        <w:t>2. 🗂️ חלום או צעד קטן?</w:t>
      </w:r>
    </w:p>
    <w:p>
      <w:pPr>
        <w:bidi/>
        <w:spacing w:after="60"/>
        <w:jc w:val="right"/>
      </w:pPr>
      <w:r>
        <w:rPr>
          <w:b w:val="0"/>
          <w:rtl/>
        </w:rPr>
        <w:t>כרטיסים: להיות וטרינרית · להאכיל חתול · לקרוא ספר על חיות · לטוס לירח</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חלום</w:t>
            </w:r>
          </w:p>
        </w:tc>
        <w:tc>
          <w:tcPr>
            <w:tcW w:type="dxa" w:w="5103"/>
            <w:shd w:val="clear" w:color="auto" w:fill="EDE7F6"/>
          </w:tcPr>
          <w:p>
            <w:pPr>
              <w:bidi/>
              <w:spacing w:after="60"/>
              <w:jc w:val="center"/>
            </w:pPr>
            <w:r>
              <w:rPr>
                <w:b/>
                <w:rtl/>
                <w:bCs/>
              </w:rPr>
              <w:t>👣 צעד קטן</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ציירו את עצמכם כשתהיו גדולים. מה הצעד הראשון שאתם יכולים לעשות כבר השנה?</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מה ההבדל בין חלום, מטרה וצעד?</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חלומות לעתיד     שם: __________</w:t>
            </w:r>
          </w:p>
          <w:p>
            <w:pPr>
              <w:bidi/>
              <w:spacing w:after="60"/>
              <w:jc w:val="right"/>
            </w:pPr>
            <w:r>
              <w:rPr>
                <w:b w:val="0"/>
                <w:rtl/>
              </w:rPr>
              <w:t>חלום אחד שלי:</w:t>
            </w:r>
          </w:p>
          <w:p>
            <w:pPr>
              <w:bidi/>
              <w:spacing w:after="60"/>
              <w:jc w:val="right"/>
            </w:pPr>
            <w:r>
              <w:rPr>
                <w:b w:val="0"/>
                <w:color w:val="999999"/>
                <w:rtl/>
              </w:rPr>
              <w:t>____________________________________________________________</w:t>
            </w:r>
          </w:p>
          <w:p>
            <w:pPr>
              <w:bidi/>
              <w:spacing w:after="60"/>
              <w:jc w:val="right"/>
            </w:pPr>
            <w:r>
              <w:rPr>
                <w:b w:val="0"/>
                <w:rtl/>
              </w:rPr>
              <w:t>צעד קטן שאעשה החודש:</w:t>
            </w:r>
          </w:p>
          <w:p>
            <w:pPr>
              <w:bidi/>
              <w:spacing w:after="60"/>
              <w:jc w:val="right"/>
            </w:pPr>
            <w:r>
              <w:rPr>
                <w:b w:val="0"/>
                <w:color w:val="999999"/>
                <w:rtl/>
              </w:rPr>
              <w:t>____________________________________________________________</w:t>
            </w:r>
          </w:p>
          <w:p>
            <w:pPr>
              <w:bidi/>
              <w:spacing w:after="60"/>
              <w:jc w:val="right"/>
            </w:pPr>
            <w:r>
              <w:rPr>
                <w:b w:val="0"/>
                <w:rtl/>
              </w:rPr>
              <w:t>משפט שאכתוב לעצמי העתידי/ת: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 עולים</w:t>
      </w:r>
    </w:p>
    <w:p>
      <w:pPr>
        <w:bidi/>
        <w:spacing w:after="60"/>
        <w:jc w:val="right"/>
      </w:pPr>
      <w:r>
        <w:rPr>
          <w:b w:val="0"/>
          <w:color w:val="5B6185"/>
          <w:rtl/>
        </w:rPr>
        <w:t>ערכה להדפסה • לכיתות קליטה ואולפן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חלומות לעתיד</w:t>
            </w:r>
          </w:p>
          <w:p>
            <w:pPr>
              <w:bidi/>
              <w:spacing w:after="60"/>
              <w:jc w:val="right"/>
            </w:pPr>
            <w:r>
              <w:rPr>
                <w:b w:val="0"/>
                <w:color w:val="7E57C2"/>
                <w:sz w:val="18"/>
                <w:rtl/>
                <w:szCs w:val="18"/>
              </w:rPr>
              <w:t>מכתב לעצמי העתידי</w:t>
            </w:r>
          </w:p>
          <w:p>
            <w:pPr>
              <w:bidi/>
              <w:spacing w:after="60"/>
              <w:jc w:val="right"/>
            </w:pPr>
            <w:r>
              <w:rPr>
                <w:b w:val="0"/>
                <w:sz w:val="26"/>
                <w:rtl/>
                <w:szCs w:val="26"/>
              </w:rPr>
              <w:t>אֲנִי כּוֹתֵב/ת לְעַצְמִי בְּעוֹד עָשָׂר שָׁנִים.</w:t>
            </w:r>
          </w:p>
          <w:p>
            <w:pPr>
              <w:bidi/>
              <w:spacing w:after="60"/>
              <w:jc w:val="right"/>
            </w:pPr>
            <w:r>
              <w:rPr>
                <w:b w:val="0"/>
                <w:sz w:val="26"/>
                <w:rtl/>
                <w:szCs w:val="26"/>
              </w:rPr>
              <w:t>אֲנִי רוֹצֶה לִהְיוֹת מְהַנְדֵּס/ת.</w:t>
            </w:r>
          </w:p>
          <w:p>
            <w:pPr>
              <w:bidi/>
              <w:spacing w:after="60"/>
              <w:jc w:val="right"/>
            </w:pPr>
            <w:r>
              <w:rPr>
                <w:b w:val="0"/>
                <w:sz w:val="26"/>
                <w:rtl/>
                <w:szCs w:val="26"/>
              </w:rPr>
              <w:t>אֲנִי מְפַחֵד/ת שֶׁהָעִבְרִית קָשָׁה.</w:t>
            </w:r>
          </w:p>
          <w:p>
            <w:pPr>
              <w:bidi/>
              <w:spacing w:after="60"/>
              <w:jc w:val="right"/>
            </w:pPr>
            <w:r>
              <w:rPr>
                <w:b w:val="0"/>
                <w:sz w:val="26"/>
                <w:rtl/>
                <w:szCs w:val="26"/>
              </w:rPr>
              <w:t>אֲבָל אֲנִי לוֹמֵד/ת כָּל יוֹם מִלִּים חֲדָשׁוֹת.</w:t>
            </w:r>
          </w:p>
          <w:p>
            <w:pPr>
              <w:bidi/>
              <w:spacing w:after="60"/>
              <w:jc w:val="right"/>
            </w:pPr>
            <w:r>
              <w:rPr>
                <w:b w:val="0"/>
                <w:sz w:val="26"/>
                <w:rtl/>
                <w:szCs w:val="26"/>
              </w:rPr>
              <w:t>בְּעוֹד עָשָׂר שָׁנִים – אֲנִי אֲדַבֵּר עִבְרִית טוֹב!</w:t>
            </w:r>
          </w:p>
          <w:p>
            <w:pPr>
              <w:bidi/>
              <w:spacing w:after="60"/>
              <w:jc w:val="right"/>
            </w:pPr>
            <w:r>
              <w:rPr>
                <w:b w:val="0"/>
                <w:sz w:val="26"/>
                <w:rtl/>
                <w:szCs w:val="26"/>
              </w:rPr>
              <w:t>אֲנִי מַאֲמִין/ה בְּעַצְמִי.</w:t>
            </w:r>
          </w:p>
        </w:tc>
      </w:tr>
    </w:tbl>
    <w:p>
      <w:pPr>
        <w:bidi/>
        <w:spacing w:after="60"/>
        <w:jc w:val="right"/>
      </w:pPr>
      <w:r>
        <w:rPr>
          <w:b w:val="0"/>
          <w:sz w:val="22"/>
          <w:rtl/>
          <w:szCs w:val="22"/>
        </w:rPr>
        <w:t>🟢 מחסן מילים: עָתִיד (future) · מְהַנְדֵּס/ת (engineer) · מִפַּחַד/ת (afraid) · כָּל יוֹם (every day) · מַאֲמִין/ה (believe)</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הוּא/הִיא רוֹצָה לִהְיוֹת?</w:t>
      </w:r>
    </w:p>
    <w:p>
      <w:pPr>
        <w:bidi/>
        <w:spacing w:after="60"/>
        <w:jc w:val="right"/>
      </w:pPr>
      <w:r>
        <w:rPr>
          <w:b w:val="0"/>
          <w:sz w:val="26"/>
          <w:rtl/>
          <w:szCs w:val="26"/>
        </w:rPr>
        <w:t>○ מְהַנְדֵּס/ת    ○ שֵׁף/יָת    ○ נַהָג/ת</w:t>
      </w:r>
    </w:p>
    <w:p>
      <w:pPr>
        <w:bidi/>
        <w:spacing w:after="60"/>
        <w:jc w:val="right"/>
      </w:pPr>
      <w:r>
        <w:rPr>
          <w:b/>
          <w:sz w:val="26"/>
          <w:rtl/>
          <w:bCs/>
          <w:szCs w:val="26"/>
        </w:rPr>
        <w:t>2. מָה הוּא/הִיא עוֹשָׂה כָּל יוֹם?</w:t>
      </w:r>
    </w:p>
    <w:p>
      <w:pPr>
        <w:bidi/>
        <w:spacing w:after="60"/>
        <w:jc w:val="right"/>
      </w:pPr>
      <w:r>
        <w:rPr>
          <w:b w:val="0"/>
          <w:sz w:val="26"/>
          <w:rtl/>
          <w:szCs w:val="26"/>
        </w:rPr>
        <w:t>○ לוֹמֵד/ת מִלִּים חֲדָשׁוֹת    ○ יָשֵׁן/ה    ○ מְשַׂחֵק/ת</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מתחו קו בין המילה לפירוש:</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val="0"/>
                <w:sz w:val="26"/>
                <w:rtl/>
                <w:szCs w:val="26"/>
              </w:rPr>
              <w:t>עָתִיד</w:t>
            </w:r>
          </w:p>
        </w:tc>
        <w:tc>
          <w:tcPr>
            <w:tcW w:type="dxa" w:w="5103"/>
          </w:tcPr>
          <w:p>
            <w:pPr>
              <w:bidi/>
              <w:spacing w:after="60"/>
              <w:jc w:val="right"/>
            </w:pPr>
            <w:r>
              <w:rPr>
                <w:b w:val="0"/>
                <w:rtl/>
              </w:rPr>
              <w:t>afraid</w:t>
            </w:r>
          </w:p>
        </w:tc>
      </w:tr>
      <w:tr>
        <w:tc>
          <w:tcPr>
            <w:tcW w:type="dxa" w:w="5103"/>
          </w:tcPr>
          <w:p>
            <w:pPr>
              <w:bidi/>
              <w:spacing w:after="60"/>
              <w:jc w:val="right"/>
            </w:pPr>
            <w:r>
              <w:rPr>
                <w:b w:val="0"/>
                <w:sz w:val="26"/>
                <w:rtl/>
                <w:szCs w:val="26"/>
              </w:rPr>
              <w:t>מְהַנְדֵּס/ת</w:t>
            </w:r>
          </w:p>
        </w:tc>
        <w:tc>
          <w:tcPr>
            <w:tcW w:type="dxa" w:w="5103"/>
          </w:tcPr>
          <w:p>
            <w:pPr>
              <w:bidi/>
              <w:spacing w:after="60"/>
              <w:jc w:val="right"/>
            </w:pPr>
            <w:r>
              <w:rPr>
                <w:b w:val="0"/>
                <w:rtl/>
              </w:rPr>
              <w:t>every day</w:t>
            </w:r>
          </w:p>
        </w:tc>
      </w:tr>
      <w:tr>
        <w:tc>
          <w:tcPr>
            <w:tcW w:type="dxa" w:w="5103"/>
          </w:tcPr>
          <w:p>
            <w:pPr>
              <w:bidi/>
              <w:spacing w:after="60"/>
              <w:jc w:val="right"/>
            </w:pPr>
            <w:r>
              <w:rPr>
                <w:b w:val="0"/>
                <w:sz w:val="26"/>
                <w:rtl/>
                <w:szCs w:val="26"/>
              </w:rPr>
              <w:t>מִפַּחַד/ת</w:t>
            </w:r>
          </w:p>
        </w:tc>
        <w:tc>
          <w:tcPr>
            <w:tcW w:type="dxa" w:w="5103"/>
          </w:tcPr>
          <w:p>
            <w:pPr>
              <w:bidi/>
              <w:spacing w:after="60"/>
              <w:jc w:val="right"/>
            </w:pPr>
            <w:r>
              <w:rPr>
                <w:b w:val="0"/>
                <w:rtl/>
              </w:rPr>
              <w:t>believe</w:t>
            </w:r>
          </w:p>
        </w:tc>
      </w:tr>
      <w:tr>
        <w:tc>
          <w:tcPr>
            <w:tcW w:type="dxa" w:w="5103"/>
          </w:tcPr>
          <w:p>
            <w:pPr>
              <w:bidi/>
              <w:spacing w:after="60"/>
              <w:jc w:val="right"/>
            </w:pPr>
            <w:r>
              <w:rPr>
                <w:b w:val="0"/>
                <w:sz w:val="26"/>
                <w:rtl/>
                <w:szCs w:val="26"/>
              </w:rPr>
              <w:t>כָּל יוֹם</w:t>
            </w:r>
          </w:p>
        </w:tc>
        <w:tc>
          <w:tcPr>
            <w:tcW w:type="dxa" w:w="5103"/>
          </w:tcPr>
          <w:p>
            <w:pPr>
              <w:bidi/>
              <w:spacing w:after="60"/>
              <w:jc w:val="right"/>
            </w:pPr>
            <w:r>
              <w:rPr>
                <w:b w:val="0"/>
                <w:rtl/>
              </w:rPr>
              <w:t>future</w:t>
            </w:r>
          </w:p>
        </w:tc>
      </w:tr>
      <w:tr>
        <w:tc>
          <w:tcPr>
            <w:tcW w:type="dxa" w:w="5103"/>
          </w:tcPr>
          <w:p>
            <w:pPr>
              <w:bidi/>
              <w:spacing w:after="60"/>
              <w:jc w:val="right"/>
            </w:pPr>
            <w:r>
              <w:rPr>
                <w:b w:val="0"/>
                <w:sz w:val="26"/>
                <w:rtl/>
                <w:szCs w:val="26"/>
              </w:rPr>
              <w:t>מַאֲמִין/ה</w:t>
            </w:r>
          </w:p>
        </w:tc>
        <w:tc>
          <w:tcPr>
            <w:tcW w:type="dxa" w:w="5103"/>
          </w:tcPr>
          <w:p>
            <w:pPr>
              <w:bidi/>
              <w:spacing w:after="60"/>
              <w:jc w:val="right"/>
            </w:pPr>
            <w:r>
              <w:rPr>
                <w:b w:val="0"/>
                <w:rtl/>
              </w:rPr>
              <w:t>engineer</w:t>
            </w:r>
          </w:p>
        </w:tc>
      </w:tr>
    </w:tbl>
    <w:p>
      <w:pPr>
        <w:bidi/>
        <w:spacing w:after="60"/>
        <w:jc w:val="right"/>
      </w:pPr>
      <w:r>
        <w:rPr>
          <w:b/>
          <w:rtl/>
          <w:bCs/>
        </w:rPr>
        <w:t>2. 🖍️ לַחֲצוּ עַל הַמִּשְׁפָּט עִם הַפַּחַד, והעתיקו אותו:</w:t>
      </w:r>
    </w:p>
    <w:p>
      <w:pPr>
        <w:bidi/>
        <w:spacing w:after="60"/>
        <w:jc w:val="right"/>
      </w:pPr>
      <w:r>
        <w:rPr>
          <w:b w:val="0"/>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הִשְׁלִימוּ: בְּעוֹד 10 שָׁנִים אֲנִי רוֹצֶה... כָּל יוֹם אֲנִי...</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מה ההבדל בין חלום, מטרה וצעד?</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חלומות לעתיד     שם: __________</w:t>
            </w:r>
          </w:p>
          <w:p>
            <w:pPr>
              <w:bidi/>
              <w:spacing w:after="60"/>
              <w:jc w:val="right"/>
            </w:pPr>
            <w:r>
              <w:rPr>
                <w:b w:val="0"/>
                <w:rtl/>
              </w:rPr>
              <w:t>חלום אחד שלי:</w:t>
            </w:r>
          </w:p>
          <w:p>
            <w:pPr>
              <w:bidi/>
              <w:spacing w:after="60"/>
              <w:jc w:val="right"/>
            </w:pPr>
            <w:r>
              <w:rPr>
                <w:b w:val="0"/>
                <w:color w:val="999999"/>
                <w:rtl/>
              </w:rPr>
              <w:t>____________________________________________________________</w:t>
            </w:r>
          </w:p>
          <w:p>
            <w:pPr>
              <w:bidi/>
              <w:spacing w:after="60"/>
              <w:jc w:val="right"/>
            </w:pPr>
            <w:r>
              <w:rPr>
                <w:b w:val="0"/>
                <w:rtl/>
              </w:rPr>
              <w:t>צעד קטן שאעשה החודש:</w:t>
            </w:r>
          </w:p>
          <w:p>
            <w:pPr>
              <w:bidi/>
              <w:spacing w:after="60"/>
              <w:jc w:val="right"/>
            </w:pPr>
            <w:r>
              <w:rPr>
                <w:b w:val="0"/>
                <w:color w:val="999999"/>
                <w:rtl/>
              </w:rPr>
              <w:t>____________________________________________________________</w:t>
            </w:r>
          </w:p>
          <w:p>
            <w:pPr>
              <w:bidi/>
              <w:spacing w:after="60"/>
              <w:jc w:val="right"/>
            </w:pPr>
            <w:r>
              <w:rPr>
                <w:b w:val="0"/>
                <w:rtl/>
              </w:rPr>
              <w:t>משפט שאכתוב לעצמי העתידי/ת: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חלומות לעתיד – 🧩 חנ״מ</w:t>
      </w:r>
    </w:p>
    <w:p>
      <w:pPr>
        <w:bidi/>
        <w:spacing w:after="60"/>
        <w:jc w:val="right"/>
      </w:pPr>
      <w:r>
        <w:rPr>
          <w:b w:val="0"/>
          <w:color w:val="5B6185"/>
          <w:rtl/>
        </w:rPr>
        <w:t>ערכה להדפסה • לחינוך המיוחד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חלומות לעתיד</w:t>
            </w:r>
          </w:p>
          <w:p>
            <w:pPr>
              <w:bidi/>
              <w:spacing w:after="60"/>
              <w:jc w:val="right"/>
            </w:pPr>
            <w:r>
              <w:rPr>
                <w:b w:val="0"/>
                <w:color w:val="7E57C2"/>
                <w:sz w:val="18"/>
                <w:rtl/>
                <w:szCs w:val="18"/>
              </w:rPr>
              <w:t>מכתב לעצמי העתידי</w:t>
            </w:r>
          </w:p>
          <w:p>
            <w:pPr>
              <w:bidi/>
              <w:spacing w:after="60"/>
              <w:jc w:val="right"/>
            </w:pPr>
            <w:r>
              <w:rPr>
                <w:b w:val="0"/>
                <w:sz w:val="30"/>
                <w:rtl/>
                <w:szCs w:val="30"/>
              </w:rPr>
              <w:t>🌟 יש לי חלום.</w:t>
            </w:r>
          </w:p>
          <w:p>
            <w:pPr>
              <w:bidi/>
              <w:spacing w:after="60"/>
              <w:jc w:val="right"/>
            </w:pPr>
            <w:r>
              <w:rPr>
                <w:b w:val="0"/>
                <w:sz w:val="30"/>
                <w:rtl/>
                <w:szCs w:val="30"/>
              </w:rPr>
              <w:t>👣 אני עושה צעד קטן.</w:t>
            </w:r>
          </w:p>
          <w:p>
            <w:pPr>
              <w:bidi/>
              <w:spacing w:after="60"/>
              <w:jc w:val="right"/>
            </w:pPr>
            <w:r>
              <w:rPr>
                <w:b w:val="0"/>
                <w:sz w:val="30"/>
                <w:rtl/>
                <w:szCs w:val="30"/>
              </w:rPr>
              <w:t>💪 אני מאמין/ה בעצמי.</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30"/>
          <w:rtl/>
          <w:bCs/>
          <w:szCs w:val="30"/>
        </w:rPr>
        <w:t>1. מה החלום שלי?</w:t>
      </w:r>
    </w:p>
    <w:p>
      <w:pPr>
        <w:bidi/>
        <w:spacing w:after="60"/>
        <w:jc w:val="right"/>
      </w:pPr>
      <w:r>
        <w:rPr>
          <w:b w:val="0"/>
          <w:sz w:val="30"/>
          <w:rtl/>
          <w:szCs w:val="30"/>
        </w:rPr>
        <w:t>○ 👩‍🍳 לבשל     ○ 🎨 לצייר     ○ ⚽ לשחק כדור</w:t>
      </w:r>
    </w:p>
    <w:p>
      <w:pPr>
        <w:bidi/>
        <w:spacing w:after="60"/>
        <w:jc w:val="right"/>
      </w:pPr>
      <w:r>
        <w:rPr>
          <w:b/>
          <w:sz w:val="30"/>
          <w:rtl/>
          <w:bCs/>
          <w:szCs w:val="30"/>
        </w:rPr>
        <w:t>2. מה עוזר לחלום?</w:t>
      </w:r>
    </w:p>
    <w:p>
      <w:pPr>
        <w:bidi/>
        <w:spacing w:after="60"/>
        <w:jc w:val="right"/>
      </w:pPr>
      <w:r>
        <w:rPr>
          <w:b w:val="0"/>
          <w:sz w:val="30"/>
          <w:rtl/>
          <w:szCs w:val="30"/>
        </w:rPr>
        <w:t>○ 👣 צעד קטן כל יום     ○ 😴 לישון כל היום     ○ 🙈 להתחבא</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מה אני יכול/ה לעשות כבר עכשיו?</w:t>
      </w:r>
    </w:p>
    <w:p>
      <w:pPr>
        <w:bidi/>
        <w:spacing w:after="60"/>
        <w:jc w:val="right"/>
      </w:pPr>
      <w:r>
        <w:rPr>
          <w:b w:val="0"/>
          <w:rtl/>
        </w:rPr>
        <w:t>כרטיסים: 📚 לקרוא · 🎨 לצייר · 🚗 לנהוג · 🏠 לקנות בית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עכשיו</w:t>
            </w:r>
          </w:p>
        </w:tc>
        <w:tc>
          <w:tcPr>
            <w:tcW w:type="dxa" w:w="5103"/>
            <w:shd w:val="clear" w:color="auto" w:fill="EDE7F6"/>
          </w:tcPr>
          <w:p>
            <w:pPr>
              <w:bidi/>
              <w:spacing w:after="60"/>
              <w:jc w:val="center"/>
            </w:pPr>
            <w:r>
              <w:rPr>
                <w:b/>
                <w:rtl/>
                <w:bCs/>
              </w:rPr>
              <w:t>⏳ כשאגדל</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p>
      <w:pPr>
        <w:bidi/>
        <w:spacing w:after="60"/>
        <w:jc w:val="right"/>
      </w:pPr>
      <w:r>
        <w:rPr>
          <w:b/>
          <w:sz w:val="30"/>
          <w:rtl/>
          <w:bCs/>
          <w:szCs w:val="30"/>
        </w:rPr>
        <w:t>💬 החלום שלי: (הקיפו)</w:t>
      </w:r>
    </w:p>
    <w:p>
      <w:pPr>
        <w:bidi/>
        <w:spacing w:after="60"/>
        <w:jc w:val="right"/>
      </w:pPr>
      <w:r>
        <w:rPr>
          <w:b w:val="0"/>
          <w:sz w:val="30"/>
          <w:rtl/>
          <w:szCs w:val="30"/>
        </w:rPr>
        <w:t>○ לעזור לאנשים   ○ לבשל   ○ לטפל בחיות   ○ לבנות דברים   ○ לשיר ולרקוד</w:t>
      </w:r>
    </w:p>
    <w:p>
      <w:pPr>
        <w:bidi/>
        <w:spacing w:after="60"/>
        <w:jc w:val="right"/>
      </w:pPr>
      <w:r>
        <w:rPr>
          <w:b w:val="0"/>
          <w:sz w:val="30"/>
          <w:rtl/>
          <w:szCs w:val="30"/>
        </w:rPr>
        <w:t>איך אני מרגיש/ה?  😊   😐   😢   😡   🤩</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חלומות לעתיד     שם: __________</w:t>
            </w:r>
          </w:p>
          <w:p>
            <w:pPr>
              <w:bidi/>
              <w:spacing w:after="60"/>
              <w:jc w:val="right"/>
            </w:pPr>
            <w:r>
              <w:rPr>
                <w:b w:val="0"/>
                <w:rtl/>
              </w:rPr>
              <w:t>חלום אחד שלי:</w:t>
            </w:r>
          </w:p>
          <w:p>
            <w:pPr>
              <w:bidi/>
              <w:spacing w:after="60"/>
              <w:jc w:val="right"/>
            </w:pPr>
            <w:r>
              <w:rPr>
                <w:b w:val="0"/>
                <w:color w:val="999999"/>
                <w:rtl/>
              </w:rPr>
              <w:t>____________________________________________________________</w:t>
            </w:r>
          </w:p>
          <w:p>
            <w:pPr>
              <w:bidi/>
              <w:spacing w:after="60"/>
              <w:jc w:val="right"/>
            </w:pPr>
            <w:r>
              <w:rPr>
                <w:b w:val="0"/>
                <w:rtl/>
              </w:rPr>
              <w:t>צעד קטן שאעשה החודש:</w:t>
            </w:r>
          </w:p>
          <w:p>
            <w:pPr>
              <w:bidi/>
              <w:spacing w:after="60"/>
              <w:jc w:val="right"/>
            </w:pPr>
            <w:r>
              <w:rPr>
                <w:b w:val="0"/>
                <w:color w:val="999999"/>
                <w:rtl/>
              </w:rPr>
              <w:t>____________________________________________________________</w:t>
            </w:r>
          </w:p>
          <w:p>
            <w:pPr>
              <w:bidi/>
              <w:spacing w:after="60"/>
              <w:jc w:val="right"/>
            </w:pPr>
            <w:r>
              <w:rPr>
                <w:b w:val="0"/>
                <w:rtl/>
              </w:rPr>
              <w:t>משפט שאכתוב לעצמי העתידי/ת:</w:t>
            </w:r>
          </w:p>
          <w:p>
            <w:pPr>
              <w:bidi/>
              <w:spacing w:after="60"/>
              <w:jc w:val="right"/>
            </w:pPr>
            <w:r>
              <w:rPr>
                <w:b w:val="0"/>
                <w:color w:val="999999"/>
                <w:rtl/>
              </w:rPr>
              <w:t>____________________________________________________________</w:t>
            </w:r>
          </w:p>
        </w:tc>
      </w:tr>
    </w:tbl>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8"/>
        <w:rtl/>
      </w:rPr>
      <w:t>יצרה: רוית ראש בן ישי · קוראים את העולם שלנו</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