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🎮 גיימינג וחדרי בריחה – מהדורה למורה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ג׳–י״ב, עולים וחנ״מ • קריאה והבנה</w:t>
      </w:r>
    </w:p>
    <w:p>
      <w:pPr>
        <w:bidi/>
        <w:spacing w:after="60"/>
        <w:jc w:val="right"/>
      </w:pPr>
      <w:r>
        <w:rPr>
          <w:b w:val="0"/>
          <w:rtl/>
        </w:rPr>
        <w:t>סוגת הטקסט: מאמר הסברי + חדר בריחה · נושא: למידה דרך משחק + חדר בריחה טקסטואלי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🎯 מטרות</w:t>
      </w:r>
    </w:p>
    <w:p>
      <w:pPr>
        <w:bidi/>
        <w:spacing w:after="60"/>
        <w:jc w:val="right"/>
      </w:pPr>
      <w:r>
        <w:rPr>
          <w:b w:val="0"/>
          <w:rtl/>
        </w:rPr>
        <w:t>• לאתר מידע על למידה דרך משחק</w:t>
      </w:r>
    </w:p>
    <w:p>
      <w:pPr>
        <w:bidi/>
        <w:spacing w:after="60"/>
        <w:jc w:val="right"/>
      </w:pPr>
      <w:r>
        <w:rPr>
          <w:b w:val="0"/>
          <w:rtl/>
        </w:rPr>
        <w:t>• לפענח רמזים בטקסט ולהסיק מסקנות</w:t>
      </w:r>
    </w:p>
    <w:p>
      <w:pPr>
        <w:bidi/>
        <w:spacing w:after="60"/>
        <w:jc w:val="right"/>
      </w:pPr>
      <w:r>
        <w:rPr>
          <w:b w:val="0"/>
          <w:rtl/>
        </w:rPr>
        <w:t>• לעצב חידה משלי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⏱️ מהלך שיעור –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5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פתיחה: "מה גורם לכם להמשיך לנסות במשחק – ולוותר בשיעור?"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10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קריאה ראשונה בקול + קריאה שנייה עם עיפרון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8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חלק א׳ – 🏊 שחייה (בזוגות)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10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חלק ב׳ – 🤿 צלילה: סימון, מיון, שפה ומבנה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8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חלק ג׳ – 🐠 מעמקים: משימת תיבה + מעגל שיח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4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🎟️ כרטיס יציאה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0"/>
          <w:rtl/>
          <w:szCs w:val="20"/>
        </w:rPr>
        <w:t>⚡ גרסת 10 דקות: קריאה ← 2 שאלות שחייה ← סימון אחד ← שורה בכרטיס היציאה.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🔑 תשובות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🎒 חט״ב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אתגר, ניסיון, משוב, שוב · 2. כי המשוב מהיר והוא מרגיש כמו מידע · 3. עבודת צוות – אף אחד לא פותר לבד ◆ חדר בריחה: 4 · מידע · צינר ◆ סימון: "לא קל מדי ומשעמם" ◆ מיון: 🎮 עיקרון משחק: משוב מיידי, עלייה הדרגתית בקושי, עבודת צוות | 🚫 לא: ציון רק בסוף השנה, שלב ראשון קשה מאוד ◆ אוצר מילים: תהליך שחוזר על עצמו במעגל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🎓 חט״ע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להסביר עיקרון ולהציע יישום בכיתה · 2. בין משחוק (נקודות ותגים) ללמידה מבוססת משחק · 3. לעורר הזדהות ולמשוך את הקורא/ת ◆ חדר בריחה: 3 · משחוק · סקרנות ◆ סימון: "לא קל מדי ומשעמם" ◆ מיון: 💡 פנימית: סקרנות, תחושת מסוגלות | 🏅 חיצונית: תגים ונקודות, פרס בסוף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🧸 יסודי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חידה על כלבים · 2. ספרו יחד ◆ חדר בריחה: 12 · ירוק ◆ סימון: "ביחד זה יותר כיף" ◆ מיון: ✅ עוזר: לעבוד יחד, לקרוא לאט | ❌ לא עוזר: לריב, לוותר מהר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🟢 עולים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חִידָה · 2. יַחַד ◆ חדר בריחה: 10 · חדר בריחה ◆ סימון: "והדלת נפתחת" ◆ מילון: חֲדַר בְּרִיחָה=escape room · סְגוּרָה=closed · חִידָה=riddle · פּוֹתְרִים=solve · נִפְתַּחַת=opens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🧩 חנ״מ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תמונות: מפתח · יחד ◆ חדר בריחה: 🔑 מפתח · 5 ◆ מיון: ✅ עוזר: 🤝 לעזור, 👀 להסתכל טוב, 🔁 לנסות שוב | ❌ לא: 😡 לריב</w:t>
            </w:r>
          </w:p>
        </w:tc>
      </w:tr>
    </w:tbl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🗣️ מעגל שיח</w:t>
      </w:r>
    </w:p>
    <w:p>
      <w:pPr>
        <w:bidi/>
        <w:spacing w:after="60"/>
        <w:jc w:val="right"/>
      </w:pPr>
      <w:r>
        <w:rPr>
          <w:b w:val="0"/>
          <w:rtl/>
        </w:rPr>
        <w:t>1. מה גורם לכם להמשיך לנסות במשחק – ולוותר בשיעור?</w:t>
      </w:r>
    </w:p>
    <w:p>
      <w:pPr>
        <w:bidi/>
        <w:spacing w:after="60"/>
        <w:jc w:val="right"/>
      </w:pPr>
      <w:r>
        <w:rPr>
          <w:b w:val="0"/>
          <w:rtl/>
        </w:rPr>
        <w:t>2. איזה תפקיד אתם בדרך כלל ממלאים בצוות?</w:t>
      </w:r>
    </w:p>
    <w:p>
      <w:pPr>
        <w:bidi/>
        <w:spacing w:after="60"/>
        <w:jc w:val="right"/>
      </w:pPr>
      <w:r>
        <w:rPr>
          <w:b w:val="0"/>
          <w:rtl/>
        </w:rPr>
        <w:t>3. איך הייתם הופכים שיעור אחד ל'חדר בריחה'?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🎬 מתווה מצגת (איורים בסגנון תלת־ממדי חמוד)</w:t>
      </w:r>
    </w:p>
    <w:p>
      <w:pPr>
        <w:bidi/>
        <w:spacing w:after="60"/>
        <w:jc w:val="right"/>
      </w:pPr>
      <w:r>
        <w:rPr>
          <w:b w:val="0"/>
          <w:rtl/>
        </w:rPr>
        <w:t>1. שקופית פתיחה: מנעול תלת־ממדי זוהר ומפתח מחייך</w:t>
      </w:r>
    </w:p>
    <w:p>
      <w:pPr>
        <w:bidi/>
        <w:spacing w:after="60"/>
        <w:jc w:val="right"/>
      </w:pPr>
      <w:r>
        <w:rPr>
          <w:b w:val="0"/>
          <w:rtl/>
        </w:rPr>
        <w:t>2. למה המוח אוהב משחקים</w:t>
      </w:r>
    </w:p>
    <w:p>
      <w:pPr>
        <w:bidi/>
        <w:spacing w:after="60"/>
        <w:jc w:val="right"/>
      </w:pPr>
      <w:r>
        <w:rPr>
          <w:b w:val="0"/>
          <w:rtl/>
        </w:rPr>
        <w:t>3. הלולאה: אתגר ← ניסיון ← משוב ← שוב</w:t>
      </w:r>
    </w:p>
    <w:p>
      <w:pPr>
        <w:bidi/>
        <w:spacing w:after="60"/>
        <w:jc w:val="right"/>
      </w:pPr>
      <w:r>
        <w:rPr>
          <w:b w:val="0"/>
          <w:rtl/>
        </w:rPr>
        <w:t>4. חדר הבריחה של הכיתה – 3 מנעולים</w:t>
      </w:r>
    </w:p>
    <w:p>
      <w:pPr>
        <w:bidi/>
        <w:spacing w:after="60"/>
        <w:jc w:val="right"/>
      </w:pPr>
      <w:r>
        <w:rPr>
          <w:b w:val="0"/>
          <w:rtl/>
        </w:rPr>
        <w:t>5. כרטיס יציאה: חידה שהמצאתי</w:t>
      </w:r>
    </w:p>
    <w:p>
      <w:pPr>
        <w:bidi/>
        <w:spacing w:after="60"/>
        <w:jc w:val="right"/>
      </w:pPr>
      <w:r>
        <w:rPr>
          <w:b w:val="0"/>
          <w:color w:val="E65100"/>
          <w:sz w:val="20"/>
          <w:rtl/>
          <w:szCs w:val="20"/>
        </w:rPr>
        <w:t>🛟 מרחב בטוח: תמיכה ולמידה – לא טיפול. מותר לא לשתף. כל דאגה – פונים ליועצת. מודלים: גש״ר מאח״ד · עש״ן ד״ק · מעש״ה.</w:t>
      </w:r>
    </w:p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🎮 גיימינג וחדרי בריחה – 🎒 חט״ב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ז׳–ט׳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למה המוח שלנו מתמכר לאתגרים (ואיך זה יכול לעזור ללמוד)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מאמר הסברי + חדר בריחה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תחשבו על הפעם האחרונה ששיחקתם במשחק שבו נכשלתם עשר פעמים באותו שלב. לא ויתרתם, נכון? ועכשיו תחשבו על תרגיל במתמטיקה שלא הצליח בפעם הראשונה. מה ההבדל?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מעצבי משחקים יודעים סוד: המוח אוהב 'לולאה' – אתגר, ניסיון, משוב מיידי, ושוב. כשהמשוב מגיע מהר, הכישלון לא מרגיש כמו עונש אלא כמו מידע. בנוסף, כל שלב קשה רק 'קצת יותר' מהקודם – לא קל מדי ומשעמם, ולא קשה מדי ומתסכל.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חדרי בריחה לוקחים את הרעיון הזה לעבודת צוות: אף אחד לא יכול לפתור הכול לבד. אחד/ת שם/ה לב לפרטים, אחר/ת טוב/ה במספרים, מישהו/י מחבר/ת בין רמזים. ההצלחה שייכת לכולם.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ומה זה אומר על הכיתה? אולי שכדאי לתת יותר משוב מהיר, להתחיל מאתגר קטן ולעלות בהדרגה, ולזכור שטעות היא רק עוד ניסיון בדרך לפתוח את המנעול.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🔐 ועכשיו – תורכם! לפניכם חדר בריחה קטן. כל הרמזים נמצאים בטקסט שקראתם.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rtl/>
          <w:bCs/>
        </w:rPr>
        <w:t>1. מהי 'הלולאה' שהמוח אוהב?</w:t>
      </w:r>
    </w:p>
    <w:p>
      <w:pPr>
        <w:bidi/>
        <w:spacing w:after="60"/>
        <w:jc w:val="right"/>
      </w:pPr>
      <w:r>
        <w:rPr>
          <w:b w:val="0"/>
          <w:rtl/>
        </w:rPr>
        <w:t>○ אתגר, ניסיון, משוב, שוב    ○ שינה, אוכל, משחק    ○ קריאה, כתיבה, מבחן</w:t>
      </w:r>
    </w:p>
    <w:p>
      <w:pPr>
        <w:bidi/>
        <w:spacing w:after="60"/>
        <w:jc w:val="right"/>
      </w:pPr>
      <w:r>
        <w:rPr>
          <w:b/>
          <w:rtl/>
          <w:bCs/>
        </w:rPr>
        <w:t>2. למה כישלון במשחק לא מרגיש כמו עונש?</w:t>
      </w:r>
    </w:p>
    <w:p>
      <w:pPr>
        <w:bidi/>
        <w:spacing w:after="60"/>
        <w:jc w:val="right"/>
      </w:pPr>
      <w:r>
        <w:rPr>
          <w:b w:val="0"/>
          <w:rtl/>
        </w:rPr>
        <w:t>○ כי המשוב מהיר והוא מרגיש כמו מידע    ○ כי אין ציונים    ○ כי משחקים לבד</w:t>
      </w:r>
    </w:p>
    <w:p>
      <w:pPr>
        <w:bidi/>
        <w:spacing w:after="60"/>
        <w:jc w:val="right"/>
      </w:pPr>
      <w:r>
        <w:rPr>
          <w:b/>
          <w:rtl/>
          <w:bCs/>
        </w:rPr>
        <w:t>3. מה מיוחד בחדרי בריחה לפי המאמר?</w:t>
      </w:r>
    </w:p>
    <w:p>
      <w:pPr>
        <w:bidi/>
        <w:spacing w:after="60"/>
        <w:jc w:val="right"/>
      </w:pPr>
      <w:r>
        <w:rPr>
          <w:b w:val="0"/>
          <w:rtl/>
        </w:rPr>
        <w:t>○ עבודת צוות – אף אחד לא פותר לבד    ○ הם קלים מאוד    ○ משחקים בהם לבד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🔐 חדר בריחה – פתחו את המנעולים:</w:t>
      </w:r>
    </w:p>
    <w:p>
      <w:pPr>
        <w:bidi/>
        <w:spacing w:after="60"/>
        <w:jc w:val="right"/>
      </w:pPr>
      <w:r>
        <w:rPr>
          <w:b w:val="0"/>
          <w:rtl/>
        </w:rPr>
        <w:t>🔒 מנעול 1 🔢: כמה שלבים יש ב'לולאה' שהמוח אוהב? (הקלידו מספר)   קוד: ________</w:t>
      </w:r>
    </w:p>
    <w:p>
      <w:pPr>
        <w:bidi/>
        <w:spacing w:after="60"/>
        <w:jc w:val="right"/>
      </w:pPr>
      <w:r>
        <w:rPr>
          <w:b w:val="0"/>
          <w:rtl/>
        </w:rPr>
        <w:t>🔒 מנעול 2 🔤: איזו מילה מתארת כישלון עם משוב מהיר? 'הכישלון מרגיש כמו ____'   קוד: ________</w:t>
      </w:r>
    </w:p>
    <w:p>
      <w:pPr>
        <w:bidi/>
        <w:spacing w:after="60"/>
        <w:jc w:val="right"/>
      </w:pPr>
      <w:r>
        <w:rPr>
          <w:b w:val="0"/>
          <w:rtl/>
        </w:rPr>
        <w:t>🔒 מנעול 3 🧩: חברו את האות הראשונה של: צוות + יחד + ניסיון + רמז – ותקבלו מה? (ענו: צינר / רצין / ציור)   קוד: ________</w:t>
      </w:r>
    </w:p>
    <w:p>
      <w:pPr>
        <w:bidi/>
        <w:spacing w:after="60"/>
        <w:jc w:val="right"/>
      </w:pPr>
      <w:r>
        <w:rPr>
          <w:b/>
          <w:rtl/>
          <w:bCs/>
        </w:rPr>
        <w:t>2. 🖍️ סמנו בטקסט בצבע את המשפט שמסביר איך בנויה רמת קושי טובה,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/>
          <w:rtl/>
          <w:bCs/>
        </w:rPr>
        <w:t>3. 🗂️ מה מתאים לעיקרון 'משחק טוב'?</w:t>
      </w:r>
    </w:p>
    <w:p>
      <w:pPr>
        <w:bidi/>
        <w:spacing w:after="60"/>
        <w:jc w:val="right"/>
      </w:pPr>
      <w:r>
        <w:rPr>
          <w:b w:val="0"/>
          <w:rtl/>
        </w:rPr>
        <w:t>כרטיסים: משוב מיידי · עלייה הדרגתית בקושי · ציון רק בסוף השנה · עבודת צוות · שלב ראשון קשה מאוד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🎮 עיקרון משחק</w:t>
            </w:r>
          </w:p>
        </w:tc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🚫 לא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p>
      <w:pPr>
        <w:bidi/>
        <w:spacing w:after="60"/>
        <w:jc w:val="right"/>
      </w:pPr>
      <w:r>
        <w:rPr>
          <w:b/>
          <w:rtl/>
          <w:bCs/>
        </w:rPr>
        <w:t>4. "לולאה" בהקשר של הטקסט היא:</w:t>
      </w:r>
    </w:p>
    <w:p>
      <w:pPr>
        <w:bidi/>
        <w:spacing w:after="60"/>
        <w:jc w:val="right"/>
      </w:pPr>
      <w:r>
        <w:rPr>
          <w:b w:val="0"/>
          <w:rtl/>
        </w:rPr>
        <w:t>○ תהליך שחוזר על עצמו במעגל    ○ קשר בחבל    ○ מאכל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עצבו מנעול רביעי לחדר הבריחה: כתבו חידה שהתשובה שלה נמצאת בטקסט, ואת התשובה.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מה גורם לכם להמשיך לנסות במשחק – ולוותר בשיעור?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גיימינג וחדרי בריחה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חידה שהמצאתי: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התפקיד שלי בצוות: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דבר אחד שלמדתי על עצמי כשאני משחק/ת: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🎮 גיימינג וחדרי בריחה – 🎓 חט״ע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י׳–י״ב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למה המוח שלנו מתמכר לאתגרים (ואיך זה יכול לעזור ללמוד)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מאמר הסברי + חדר בריחה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[1] תחשבו על הפעם האחרונה ששיחקתם במשחק שבו נכשלתם עשר פעמים באותו שלב. לא ויתרתם, נכון? ועכשיו תחשבו על תרגיל במתמטיקה שלא הצליח בפעם הראשונה. מה ההבדל?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[2] מעצבי משחקים יודעים סוד: המוח אוהב 'לולאה' – אתגר, ניסיון, משוב מיידי, ושוב. כשהמשוב מגיע מהר, הכישלון לא מרגיש כמו עונש אלא כמו מידע. בנוסף, כל שלב קשה רק 'קצת יותר' מהקודם – לא קל מדי ומשעמם, ולא קשה מדי ומתסכל.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[3] חדרי בריחה לוקחים את הרעיון הזה לעבודת צוות: אף אחד לא יכול לפתור הכול לבד. אחד/ת שם/ה לב לפרטים, אחר/ת טוב/ה במספרים, מישהו/י מחבר/ת בין רמזים. ההצלחה שייכת לכולם.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[4] ומה זה אומר על הכיתה? אולי שכדאי לתת יותר משוב מהיר, להתחיל מאתגר קטן ולעלות בהדרגה, ולזכור שטעות היא רק עוד ניסיון בדרך לפתוח את המנעול.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[5] 🔐 ועכשיו – תורכם! לפניכם חדר בריחה קטן. כל הרמזים נמצאים בטקסט שקראתם.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[6] עם זאת, יש להבחין בין 'משחוק' – הוספת נקודות ותגים למשימה קיימת – לבין למידה מבוססת משחק אמיתית, שבה המשחק עצמו הוא הלמידה. ביקורת נפוצה טוענת שנקודות ותגים מעודדים מוטיבציה חיצונית בלבד, ושכשהפרסים נעלמים – נעלם גם העניין. לכן, לטענת המבקרים, הסוד איננו בפרס אלא בתחושת המסוגלות ובסקרנות שהאתגר מעורר.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rtl/>
          <w:bCs/>
        </w:rPr>
        <w:t>1. מהי מטרת המאמר?</w:t>
      </w:r>
    </w:p>
    <w:p>
      <w:pPr>
        <w:bidi/>
        <w:spacing w:after="60"/>
        <w:jc w:val="right"/>
      </w:pPr>
      <w:r>
        <w:rPr>
          <w:b w:val="0"/>
          <w:rtl/>
        </w:rPr>
        <w:t>○ להסביר עיקרון ולהציע יישום בכיתה    ○ לפרסם משחק    ○ לספר סיפור</w:t>
      </w:r>
    </w:p>
    <w:p>
      <w:pPr>
        <w:bidi/>
        <w:spacing w:after="60"/>
        <w:jc w:val="right"/>
      </w:pPr>
      <w:r>
        <w:rPr>
          <w:b/>
          <w:rtl/>
          <w:bCs/>
        </w:rPr>
        <w:t>2. מה ההבחנה המרכזית בפסקת ההרחבה?</w:t>
      </w:r>
    </w:p>
    <w:p>
      <w:pPr>
        <w:bidi/>
        <w:spacing w:after="60"/>
        <w:jc w:val="right"/>
      </w:pPr>
      <w:r>
        <w:rPr>
          <w:b w:val="0"/>
          <w:rtl/>
        </w:rPr>
        <w:t>○ בין משחוק (נקודות ותגים) ללמידה מבוססת משחק    ○ בין משחקים ישנים לחדשים    ○ בין בנים לבנות</w:t>
      </w:r>
    </w:p>
    <w:p>
      <w:pPr>
        <w:bidi/>
        <w:spacing w:after="60"/>
        <w:jc w:val="right"/>
      </w:pPr>
      <w:r>
        <w:rPr>
          <w:b/>
          <w:rtl/>
          <w:bCs/>
        </w:rPr>
        <w:t>3. השאלה הפותחת את המאמר נועדה:</w:t>
      </w:r>
    </w:p>
    <w:p>
      <w:pPr>
        <w:bidi/>
        <w:spacing w:after="60"/>
        <w:jc w:val="right"/>
      </w:pPr>
      <w:r>
        <w:rPr>
          <w:b w:val="0"/>
          <w:rtl/>
        </w:rPr>
        <w:t>○ לעורר הזדהות ולמשוך את הקורא/ת    ○ לבחון ידע    ○ לסכם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🔐 חדר בריחה – פתחו את המנעולים:</w:t>
      </w:r>
    </w:p>
    <w:p>
      <w:pPr>
        <w:bidi/>
        <w:spacing w:after="60"/>
        <w:jc w:val="right"/>
      </w:pPr>
      <w:r>
        <w:rPr>
          <w:b w:val="0"/>
          <w:rtl/>
        </w:rPr>
        <w:t>🔒 מנעול 1 🔢: כמה תפקידים בצוות מוזכרים בפסקה על חדרי בריחה? (מספר)   קוד: ________</w:t>
      </w:r>
    </w:p>
    <w:p>
      <w:pPr>
        <w:bidi/>
        <w:spacing w:after="60"/>
        <w:jc w:val="right"/>
      </w:pPr>
      <w:r>
        <w:rPr>
          <w:b w:val="0"/>
          <w:rtl/>
        </w:rPr>
        <w:t>🔒 מנעול 2 🔤: מה המונח לנקודות ותגים שמוסיפים למשימה קיימת?   קוד: ________</w:t>
      </w:r>
    </w:p>
    <w:p>
      <w:pPr>
        <w:bidi/>
        <w:spacing w:after="60"/>
        <w:jc w:val="right"/>
      </w:pPr>
      <w:r>
        <w:rPr>
          <w:b w:val="0"/>
          <w:rtl/>
        </w:rPr>
        <w:t>🔒 מנעול 3 🧠: מה, לפי המבקרים, הסוד האמיתי – פרס או סקרנות?   קוד: ________</w:t>
      </w:r>
    </w:p>
    <w:p>
      <w:pPr>
        <w:bidi/>
        <w:spacing w:after="60"/>
        <w:jc w:val="right"/>
      </w:pPr>
      <w:r>
        <w:rPr>
          <w:b/>
          <w:rtl/>
          <w:bCs/>
        </w:rPr>
        <w:t>2. 🖍️ סמנו בטקסט בצבע את המשפט שמסביר איך בנויה רמת קושי טובה,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/>
          <w:rtl/>
          <w:bCs/>
        </w:rPr>
        <w:t>3. 🗂️ מוטיבציה פנימית או חיצונית?</w:t>
      </w:r>
    </w:p>
    <w:p>
      <w:pPr>
        <w:bidi/>
        <w:spacing w:after="60"/>
        <w:jc w:val="right"/>
      </w:pPr>
      <w:r>
        <w:rPr>
          <w:b w:val="0"/>
          <w:rtl/>
        </w:rPr>
        <w:t>כרטיסים: סקרנות · תגים ונקודות · תחושת מסוגלות · פרס בסוף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💡 פנימית</w:t>
            </w:r>
          </w:p>
        </w:tc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🏅 חיצונית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כתבו מאמר עמדה: 'האם בית הספר צריך להיראות יותר כמו משחק?' – הבחינו בין משחוק ללמידה מבוססת משחק, טענה, טענת נגד ומסקנה.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מה גורם לכם להמשיך לנסות במשחק – ולוותר בשיעור?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גיימינג וחדרי בריחה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חידה שהמצאתי: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התפקיד שלי בצוות: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דבר אחד שלמדתי על עצמי כשאני משחק/ת: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🎮 גיימינג וחדרי בריחה – 🧸 יסודי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ג׳–ו׳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החדר הנעול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מאמר הסברי + חדר בריחה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דנה ואיתי נכנסו לחדר משחק. הדלת נסגרה! 🔒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על הקיר היה כתוב: "כמה רגליים יש לשלושה כלבים?"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הם ספרו יחד: 4 ועוד 4 ועוד 4.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הם הקלידו את המספר – והדלת נפתחה! 🎉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"ביחד זה יותר כיף", אמרה דנה.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1. מה היה כתוב על הקיר?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חידה על כלבים    ○ שם של שיר    ○ מפה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2. איך הם פתרו?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ספרו יחד    ○ ניחשו    ○ ביקשו מאמא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🔐 חדר בריחה – פתחו את המנעולים:</w:t>
      </w:r>
    </w:p>
    <w:p>
      <w:pPr>
        <w:bidi/>
        <w:spacing w:after="60"/>
        <w:jc w:val="right"/>
      </w:pPr>
      <w:r>
        <w:rPr>
          <w:b w:val="0"/>
          <w:rtl/>
        </w:rPr>
        <w:t>🔒 מנעול 1 🐶: כמה רגליים יש לשלושה כלבים?   ○ 9 / ○ 12 / ○ 3</w:t>
      </w:r>
    </w:p>
    <w:p>
      <w:pPr>
        <w:bidi/>
        <w:spacing w:after="60"/>
        <w:jc w:val="right"/>
      </w:pPr>
      <w:r>
        <w:rPr>
          <w:b w:val="0"/>
          <w:rtl/>
        </w:rPr>
        <w:t>🔒 מנעול 2 🎨: איזה צבע מקבלים מכחול + צהוב?   ○ אדום / ○ ירוק / ○ סגול</w:t>
      </w:r>
    </w:p>
    <w:p>
      <w:pPr>
        <w:bidi/>
        <w:spacing w:after="60"/>
        <w:jc w:val="right"/>
      </w:pPr>
      <w:r>
        <w:rPr>
          <w:b/>
          <w:rtl/>
          <w:bCs/>
        </w:rPr>
        <w:t>2. 🖍️ סמנו בטקסט בצבע את המשפט שאומרת דנה,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/>
          <w:rtl/>
          <w:bCs/>
        </w:rPr>
        <w:t>3. 🗂️ מה עוזר בחדר בריחה?</w:t>
      </w:r>
    </w:p>
    <w:p>
      <w:pPr>
        <w:bidi/>
        <w:spacing w:after="60"/>
        <w:jc w:val="right"/>
      </w:pPr>
      <w:r>
        <w:rPr>
          <w:b w:val="0"/>
          <w:rtl/>
        </w:rPr>
        <w:t>כרטיסים: לעבוד יחד · לריב · לקרוא לאט · לוותר מהר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✅ עוזר</w:t>
            </w:r>
          </w:p>
        </w:tc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❌ לא עוזר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המציאו חידה קטנה לחברים (על חיות, מספרים או צבעים).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מה גורם לכם להמשיך לנסות במשחק – ולוותר בשיעור?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גיימינג וחדרי בריחה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חידה שהמצאתי: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התפקיד שלי בצוות: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דבר אחד שלמדתי על עצמי כשאני משחק/ת: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🎮 גיימינג וחדרי בריחה – 🟢 עולים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קליטה ואולפן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גיימינג וחדרי בריחה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מאמר הסברי + חדר בריחה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אֲנַחְנוּ בַּחֲדַר בְּרִיחָה.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הַדֶּלֶת סְגוּרָה. 🔒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יֵשׁ חִידָה עַל הַקִּיר.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אֲנַחְנוּ חוֹשְׁבִים יַחַד.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אֲנַחְנוּ פּוֹתְרִים – וְהַדֶּלֶת נִפְתַּחַת! 🎉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בְּיַחַד אֲנַחְנוּ חֲזָקִים.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🟢 מחסן מילים: חֲדַר בְּרִיחָה (escape room) · סְגוּרָה (closed) · חִידָה (riddle) · פּוֹתְרִים (solve) · נִפְתַּחַת (opens)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1. מָה יֵשׁ עַל הַקִּיר?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חִידָה    ○ תְּמוּנָה    ○ שָׁעוֹן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2. אֵיךְ פּוֹתְרִים?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יַחַד    ○ לְבַד    ○ לֹא פּוֹתְרִים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🔐 חדר בריחה – פתחו את המנעולים:</w:t>
      </w:r>
    </w:p>
    <w:p>
      <w:pPr>
        <w:bidi/>
        <w:spacing w:after="60"/>
        <w:jc w:val="right"/>
      </w:pPr>
      <w:r>
        <w:rPr>
          <w:b w:val="0"/>
          <w:rtl/>
        </w:rPr>
        <w:t>🔒 מַנְעוּל 1 🔢: כַּמָּה זֶה 5 + 5?   ○ 10 / ○ 55 / ○ 0</w:t>
      </w:r>
    </w:p>
    <w:p>
      <w:pPr>
        <w:bidi/>
        <w:spacing w:after="60"/>
        <w:jc w:val="right"/>
      </w:pPr>
      <w:r>
        <w:rPr>
          <w:b w:val="0"/>
          <w:rtl/>
        </w:rPr>
        <w:t>🔒 מַנְעוּל 2 🔤: אֵיךְ אוֹמְרִים 'escape room' בְּעִבְרִית?   ○ חדר אוכל / ○ חדר בריחה / ○ חדר שינה</w:t>
      </w:r>
    </w:p>
    <w:p>
      <w:pPr>
        <w:bidi/>
        <w:spacing w:after="60"/>
        <w:jc w:val="right"/>
      </w:pPr>
      <w:r>
        <w:rPr>
          <w:b/>
          <w:rtl/>
          <w:bCs/>
        </w:rPr>
        <w:t>2. מתחו קו בין המילה לפירוש: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חֲדַר בְּרִיחָה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riddle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סְגוּרָה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solve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חִידָה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opens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פּוֹתְרִים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escape room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נִפְתַּחַת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closed</w:t>
            </w:r>
          </w:p>
        </w:tc>
      </w:tr>
    </w:tbl>
    <w:p>
      <w:pPr>
        <w:bidi/>
        <w:spacing w:after="60"/>
        <w:jc w:val="right"/>
      </w:pPr>
      <w:r>
        <w:rPr>
          <w:b/>
          <w:rtl/>
          <w:bCs/>
        </w:rPr>
        <w:t>3. 🖍️ לַחֲצוּ עַל הַמִּשְׁפָּט: מָה קוֹרֶה לַדֶּלֶת בַּסּוֹף?,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הִשְׁלִימוּ: אֲנִי טוֹב/ה בַּמִּשְׂחָקִים שֶׁל...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מה גורם לכם להמשיך לנסות במשחק – ולוותר בשיעור?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גיימינג וחדרי בריחה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חידה שהמצאתי: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התפקיד שלי בצוות: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דבר אחד שלמדתי על עצמי כשאני משחק/ת: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🎮 גיימינג וחדרי בריחה – 🧩 חנ״מ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לחינוך המיוחד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גיימינג וחדרי בריחה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מאמר הסברי + חדר בריחה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🔒 הדלת סגורה.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🧩 יש חידה.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🤝 פותרים יחד.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🎉 הדלת נפתחת!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sz w:val="30"/>
          <w:rtl/>
          <w:bCs/>
          <w:szCs w:val="30"/>
        </w:rPr>
        <w:t>1. מה פותח את הדלת?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○ 🔑 מפתח     ○ 🍌 בננה     ○ 🧦 גרב</w:t>
      </w:r>
    </w:p>
    <w:p>
      <w:pPr>
        <w:bidi/>
        <w:spacing w:after="60"/>
        <w:jc w:val="right"/>
      </w:pPr>
      <w:r>
        <w:rPr>
          <w:b/>
          <w:sz w:val="30"/>
          <w:rtl/>
          <w:bCs/>
          <w:szCs w:val="30"/>
        </w:rPr>
        <w:t>2. איך פותרים חידה?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○ 🤝 יחד     ○ 😤 בכעס     ○ 😴 בשינה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🔐 חדר בריחה – פתחו את המנעולים:</w:t>
      </w:r>
    </w:p>
    <w:p>
      <w:pPr>
        <w:bidi/>
        <w:spacing w:after="60"/>
        <w:jc w:val="right"/>
      </w:pPr>
      <w:r>
        <w:rPr>
          <w:b w:val="0"/>
          <w:rtl/>
        </w:rPr>
        <w:t>🔒 מנעול 1 🔑: מה פותח דלת?   ○ 🔑 מפתח / ○ 🍌 בננה / ○ 🧦 גרב</w:t>
      </w:r>
    </w:p>
    <w:p>
      <w:pPr>
        <w:bidi/>
        <w:spacing w:after="60"/>
        <w:jc w:val="right"/>
      </w:pPr>
      <w:r>
        <w:rPr>
          <w:b w:val="0"/>
          <w:rtl/>
        </w:rPr>
        <w:t>🔒 מנעול 2 🖐️: כמה אצבעות ביד אחת?   ○ 5 / ○ 2 / ○ 10</w:t>
      </w:r>
    </w:p>
    <w:p>
      <w:pPr>
        <w:bidi/>
        <w:spacing w:after="60"/>
        <w:jc w:val="right"/>
      </w:pPr>
      <w:r>
        <w:rPr>
          <w:b/>
          <w:rtl/>
          <w:bCs/>
        </w:rPr>
        <w:t>2. 🗂️ מה עוזר במשחק?</w:t>
      </w:r>
    </w:p>
    <w:p>
      <w:pPr>
        <w:bidi/>
        <w:spacing w:after="60"/>
        <w:jc w:val="right"/>
      </w:pPr>
      <w:r>
        <w:rPr>
          <w:b w:val="0"/>
          <w:rtl/>
        </w:rPr>
        <w:t>כרטיסים: 🤝 לעזור · 👀 להסתכל טוב · 😡 לריב · 🔁 לנסות שוב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✅ עוזר</w:t>
            </w:r>
          </w:p>
        </w:tc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❌ לא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p>
      <w:pPr>
        <w:bidi/>
        <w:spacing w:after="60"/>
        <w:jc w:val="right"/>
      </w:pPr>
      <w:r>
        <w:rPr>
          <w:b/>
          <w:sz w:val="30"/>
          <w:rtl/>
          <w:bCs/>
          <w:szCs w:val="30"/>
        </w:rPr>
        <w:t>💬 איזה משחק אני אוהב/ת? (הקיפו)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○ פאזל   ○ קלפים   ○ כדור   ○ חדר בריחה   ○ משחק קופסה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איך אני מרגיש/ה?  😊   😐   😢   😡   🤩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גיימינג וחדרי בריחה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חידה שהמצאתי: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התפקיד שלי בצוות: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דבר אחד שלמדתי על עצמי כשאני משחק/ת: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sz w:val="18"/>
        <w:rtl/>
      </w:rPr>
      <w:t>יצרה: רוית ראש בן ישי · קוראים את העולם שלנו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