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מהדורה למורה</w:t>
      </w:r>
    </w:p>
    <w:p>
      <w:pPr>
        <w:bidi/>
        <w:spacing w:after="60"/>
        <w:jc w:val="right"/>
      </w:pPr>
      <w:r>
        <w:rPr>
          <w:b w:val="0"/>
          <w:color w:val="5B6185"/>
          <w:rtl/>
        </w:rPr>
        <w:t>ערכה להדפסה • לכיתות ג׳–י״ב, עולים וחנ״מ • קריאה והבנה</w:t>
      </w:r>
    </w:p>
    <w:p>
      <w:pPr>
        <w:bidi/>
        <w:spacing w:after="60"/>
        <w:jc w:val="right"/>
      </w:pPr>
      <w:r>
        <w:rPr>
          <w:b w:val="0"/>
          <w:rtl/>
        </w:rPr>
        <w:t>סוגת הטקסט: שיר מקורי + ניתוח · נושא: איך מילים של שיר משקפות מצב רוח</w:t>
      </w:r>
    </w:p>
    <w:p>
      <w:pPr>
        <w:bidi/>
        <w:spacing w:after="60"/>
        <w:jc w:val="right"/>
      </w:pPr>
      <w:r>
        <w:rPr>
          <w:b/>
          <w:sz w:val="26"/>
          <w:rtl/>
          <w:bCs/>
          <w:szCs w:val="26"/>
        </w:rPr>
        <w:t>🎯 מטרות</w:t>
      </w:r>
    </w:p>
    <w:p>
      <w:pPr>
        <w:bidi/>
        <w:spacing w:after="60"/>
        <w:jc w:val="right"/>
      </w:pPr>
      <w:r>
        <w:rPr>
          <w:b w:val="0"/>
          <w:rtl/>
        </w:rPr>
        <w:t>• לזהות רגש ומצב רוח בשורות שיר</w:t>
      </w:r>
    </w:p>
    <w:p>
      <w:pPr>
        <w:bidi/>
        <w:spacing w:after="60"/>
        <w:jc w:val="right"/>
      </w:pPr>
      <w:r>
        <w:rPr>
          <w:b w:val="0"/>
          <w:rtl/>
        </w:rPr>
        <w:t>• לנתח אמצעים אמנותיים: חזרה, דימוי, ניגוד</w:t>
      </w:r>
    </w:p>
    <w:p>
      <w:pPr>
        <w:bidi/>
        <w:spacing w:after="60"/>
        <w:jc w:val="right"/>
      </w:pPr>
      <w:r>
        <w:rPr>
          <w:b w:val="0"/>
          <w:rtl/>
        </w:rPr>
        <w:t>• לכתוב בית משלי</w:t>
      </w:r>
    </w:p>
    <w:p>
      <w:pPr>
        <w:bidi/>
        <w:spacing w:after="60"/>
        <w:jc w:val="right"/>
      </w:pPr>
      <w:r>
        <w:rPr>
          <w:b/>
          <w:sz w:val="26"/>
          <w:rtl/>
          <w:bCs/>
          <w:szCs w:val="26"/>
        </w:rPr>
        <w:t>⏱️ מהלך שיעור – 45 דקות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5 ד׳</w:t>
            </w:r>
          </w:p>
        </w:tc>
        <w:tc>
          <w:tcPr>
            <w:tcW w:type="dxa" w:w="5103"/>
          </w:tcPr>
          <w:p>
            <w:pPr>
              <w:bidi/>
              <w:spacing w:after="60"/>
              <w:jc w:val="right"/>
            </w:pPr>
            <w:r>
              <w:rPr>
                <w:b w:val="0"/>
                <w:rtl/>
              </w:rPr>
              <w:t>פתיחה: "איזה סוג שיר אתם שומעים כשאתם עצובים? וכשאתם שמחים?"</w:t>
            </w:r>
          </w:p>
        </w:tc>
      </w:tr>
      <w:tr>
        <w:tc>
          <w:tcPr>
            <w:tcW w:type="dxa" w:w="5103"/>
          </w:tcPr>
          <w:p>
            <w:pPr>
              <w:bidi/>
              <w:spacing w:after="60"/>
              <w:jc w:val="right"/>
            </w:pPr>
            <w:r>
              <w:rPr>
                <w:b/>
                <w:rtl/>
                <w:bCs/>
              </w:rPr>
              <w:t>10 ד׳</w:t>
            </w:r>
          </w:p>
        </w:tc>
        <w:tc>
          <w:tcPr>
            <w:tcW w:type="dxa" w:w="5103"/>
          </w:tcPr>
          <w:p>
            <w:pPr>
              <w:bidi/>
              <w:spacing w:after="60"/>
              <w:jc w:val="right"/>
            </w:pPr>
            <w:r>
              <w:rPr>
                <w:b w:val="0"/>
                <w:rtl/>
              </w:rPr>
              <w:t>קריאה ראשונה בקול + קריאה שנייה עם עיפרון</w:t>
            </w:r>
          </w:p>
        </w:tc>
      </w:tr>
      <w:tr>
        <w:tc>
          <w:tcPr>
            <w:tcW w:type="dxa" w:w="5103"/>
          </w:tcPr>
          <w:p>
            <w:pPr>
              <w:bidi/>
              <w:spacing w:after="60"/>
              <w:jc w:val="right"/>
            </w:pPr>
            <w:r>
              <w:rPr>
                <w:b/>
                <w:rtl/>
                <w:bCs/>
              </w:rPr>
              <w:t>8 ד׳</w:t>
            </w:r>
          </w:p>
        </w:tc>
        <w:tc>
          <w:tcPr>
            <w:tcW w:type="dxa" w:w="5103"/>
          </w:tcPr>
          <w:p>
            <w:pPr>
              <w:bidi/>
              <w:spacing w:after="60"/>
              <w:jc w:val="right"/>
            </w:pPr>
            <w:r>
              <w:rPr>
                <w:b w:val="0"/>
                <w:rtl/>
              </w:rPr>
              <w:t>חלק א׳ – 🏊 שחייה (בזוגות)</w:t>
            </w:r>
          </w:p>
        </w:tc>
      </w:tr>
      <w:tr>
        <w:tc>
          <w:tcPr>
            <w:tcW w:type="dxa" w:w="5103"/>
          </w:tcPr>
          <w:p>
            <w:pPr>
              <w:bidi/>
              <w:spacing w:after="60"/>
              <w:jc w:val="right"/>
            </w:pPr>
            <w:r>
              <w:rPr>
                <w:b/>
                <w:rtl/>
                <w:bCs/>
              </w:rPr>
              <w:t>10 ד׳</w:t>
            </w:r>
          </w:p>
        </w:tc>
        <w:tc>
          <w:tcPr>
            <w:tcW w:type="dxa" w:w="5103"/>
          </w:tcPr>
          <w:p>
            <w:pPr>
              <w:bidi/>
              <w:spacing w:after="60"/>
              <w:jc w:val="right"/>
            </w:pPr>
            <w:r>
              <w:rPr>
                <w:b w:val="0"/>
                <w:rtl/>
              </w:rPr>
              <w:t>חלק ב׳ – 🤿 צלילה: סימון, מיון, שפה ומבנה</w:t>
            </w:r>
          </w:p>
        </w:tc>
      </w:tr>
      <w:tr>
        <w:tc>
          <w:tcPr>
            <w:tcW w:type="dxa" w:w="5103"/>
          </w:tcPr>
          <w:p>
            <w:pPr>
              <w:bidi/>
              <w:spacing w:after="60"/>
              <w:jc w:val="right"/>
            </w:pPr>
            <w:r>
              <w:rPr>
                <w:b/>
                <w:rtl/>
                <w:bCs/>
              </w:rPr>
              <w:t>8 ד׳</w:t>
            </w:r>
          </w:p>
        </w:tc>
        <w:tc>
          <w:tcPr>
            <w:tcW w:type="dxa" w:w="5103"/>
          </w:tcPr>
          <w:p>
            <w:pPr>
              <w:bidi/>
              <w:spacing w:after="60"/>
              <w:jc w:val="right"/>
            </w:pPr>
            <w:r>
              <w:rPr>
                <w:b w:val="0"/>
                <w:rtl/>
              </w:rPr>
              <w:t>חלק ג׳ – 🐠 מעמקים: משימת תיבה + מעגל שיח</w:t>
            </w:r>
          </w:p>
        </w:tc>
      </w:tr>
      <w:tr>
        <w:tc>
          <w:tcPr>
            <w:tcW w:type="dxa" w:w="5103"/>
          </w:tcPr>
          <w:p>
            <w:pPr>
              <w:bidi/>
              <w:spacing w:after="60"/>
              <w:jc w:val="right"/>
            </w:pPr>
            <w:r>
              <w:rPr>
                <w:b/>
                <w:rtl/>
                <w:bCs/>
              </w:rPr>
              <w:t>4 ד׳</w:t>
            </w:r>
          </w:p>
        </w:tc>
        <w:tc>
          <w:tcPr>
            <w:tcW w:type="dxa" w:w="5103"/>
          </w:tcPr>
          <w:p>
            <w:pPr>
              <w:bidi/>
              <w:spacing w:after="60"/>
              <w:jc w:val="right"/>
            </w:pPr>
            <w:r>
              <w:rPr>
                <w:b w:val="0"/>
                <w:rtl/>
              </w:rPr>
              <w:t>🎟️ כרטיס יציאה</w:t>
            </w:r>
          </w:p>
        </w:tc>
      </w:tr>
    </w:tbl>
    <w:p>
      <w:pPr>
        <w:bidi/>
        <w:spacing w:after="60"/>
        <w:jc w:val="right"/>
      </w:pPr>
      <w:r>
        <w:rPr>
          <w:b w:val="0"/>
          <w:sz w:val="20"/>
          <w:rtl/>
          <w:szCs w:val="20"/>
        </w:rPr>
        <w:t>⚡ גרסת 10 דקות: קריאה ← 2 שאלות שחייה ← סימון אחד ← שורה בכרטיס היציאה.</w:t>
      </w:r>
    </w:p>
    <w:p>
      <w:pPr>
        <w:bidi/>
        <w:spacing w:after="60"/>
        <w:jc w:val="right"/>
      </w:pPr>
      <w:r>
        <w:rPr>
          <w:b/>
          <w:sz w:val="26"/>
          <w:rtl/>
          <w:bCs/>
          <w:szCs w:val="26"/>
        </w:rPr>
        <w:t>🔑 תשובות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 חט״ב</w:t>
            </w:r>
          </w:p>
        </w:tc>
        <w:tc>
          <w:tcPr>
            <w:tcW w:type="dxa" w:w="5103"/>
          </w:tcPr>
          <w:p>
            <w:pPr>
              <w:bidi/>
              <w:spacing w:after="60"/>
              <w:jc w:val="right"/>
            </w:pPr>
            <w:r>
              <w:rPr>
                <w:b w:val="0"/>
                <w:sz w:val="20"/>
                <w:rtl/>
                <w:szCs w:val="20"/>
              </w:rPr>
              <w:t>שחייה: 1. בחלון בקומה שלוש · 2. מקפלת לציפור · 3. אבל בבוקר יהיה אור ◆ סימון: "אני אמצא בה סדק לעבור" ◆ מיון: 🌑 קושי: העיר כבויה, הלילה הוא חומה, השעון שוב לא עונה | 🌅 תקווה: יהיה אור, סדק לעבור ◆ אוצר מילים: ניגוד בין חוץ לפנים</w:t>
            </w:r>
          </w:p>
        </w:tc>
      </w:tr>
      <w:tr>
        <w:tc>
          <w:tcPr>
            <w:tcW w:type="dxa" w:w="5103"/>
          </w:tcPr>
          <w:p>
            <w:pPr>
              <w:bidi/>
              <w:spacing w:after="60"/>
              <w:jc w:val="right"/>
            </w:pPr>
            <w:r>
              <w:rPr>
                <w:b/>
                <w:rtl/>
                <w:bCs/>
              </w:rPr>
              <w:t>🎓 חט״ע</w:t>
            </w:r>
          </w:p>
        </w:tc>
        <w:tc>
          <w:tcPr>
            <w:tcW w:type="dxa" w:w="5103"/>
          </w:tcPr>
          <w:p>
            <w:pPr>
              <w:bidi/>
              <w:spacing w:after="60"/>
              <w:jc w:val="right"/>
            </w:pPr>
            <w:r>
              <w:rPr>
                <w:b w:val="0"/>
                <w:sz w:val="20"/>
                <w:rtl/>
                <w:szCs w:val="20"/>
              </w:rPr>
              <w:t>שחייה: 1. מעגן את המסר המרכזי וחוזר כמו מנטרה · 2. מטפורה: שיר מודד את מצב הרוח הציבורי · 3. 'משקפים' לעומת 'מעצבים' – ניגוד ◆ סימון: "אני אמצא בה סדק לעבור" ◆ מיון: 🔁 חזרה: אבל בבוקר יהיה אור (×2) | 🖼️ דימוי/מטפורה: הלילה הוא חומה, הודעה מקופלת לציפור | ⚖️ ניגוד: העיר כבויה, הלב דולק</w:t>
            </w:r>
          </w:p>
        </w:tc>
      </w:tr>
      <w:tr>
        <w:tc>
          <w:tcPr>
            <w:tcW w:type="dxa" w:w="5103"/>
          </w:tcPr>
          <w:p>
            <w:pPr>
              <w:bidi/>
              <w:spacing w:after="60"/>
              <w:jc w:val="right"/>
            </w:pPr>
            <w:r>
              <w:rPr>
                <w:b/>
                <w:rtl/>
                <w:bCs/>
              </w:rPr>
              <w:t>🧸 יסודי</w:t>
            </w:r>
          </w:p>
        </w:tc>
        <w:tc>
          <w:tcPr>
            <w:tcW w:type="dxa" w:w="5103"/>
          </w:tcPr>
          <w:p>
            <w:pPr>
              <w:bidi/>
              <w:spacing w:after="60"/>
              <w:jc w:val="right"/>
            </w:pPr>
            <w:r>
              <w:rPr>
                <w:b w:val="0"/>
                <w:sz w:val="20"/>
                <w:rtl/>
                <w:szCs w:val="20"/>
              </w:rPr>
              <w:t>שחייה: 1. הגשם · 2. שמח ◆ סימון: "אני עצוב קצת" ◆ מיון: ☀️ שמח: בהיר, השמש חוזרת | 🌧️ עצוב: עצוב קצת, דמעה</w:t>
            </w:r>
          </w:p>
        </w:tc>
      </w:tr>
      <w:tr>
        <w:tc>
          <w:tcPr>
            <w:tcW w:type="dxa" w:w="5103"/>
          </w:tcPr>
          <w:p>
            <w:pPr>
              <w:bidi/>
              <w:spacing w:after="60"/>
              <w:jc w:val="right"/>
            </w:pPr>
            <w:r>
              <w:rPr>
                <w:b/>
                <w:rtl/>
                <w:bCs/>
              </w:rPr>
              <w:t>🟢 עולים</w:t>
            </w:r>
          </w:p>
        </w:tc>
        <w:tc>
          <w:tcPr>
            <w:tcW w:type="dxa" w:w="5103"/>
          </w:tcPr>
          <w:p>
            <w:pPr>
              <w:bidi/>
              <w:spacing w:after="60"/>
              <w:jc w:val="right"/>
            </w:pPr>
            <w:r>
              <w:rPr>
                <w:b w:val="0"/>
                <w:sz w:val="20"/>
                <w:rtl/>
                <w:szCs w:val="20"/>
              </w:rPr>
              <w:t>שחייה: 1. בַּלַּיְלָה · 2. אוֹר ◆ סימון: "בבקר יהיה טוב" ◆ מילון: לַיְלָה=night · יֶשְׁנָהּ=sleeps · חוֹשֶׁבֶת=thinks · בּוֹקֵר=morning · תִּקְוָה=hope</w:t>
            </w:r>
          </w:p>
        </w:tc>
      </w:tr>
      <w:tr>
        <w:tc>
          <w:tcPr>
            <w:tcW w:type="dxa" w:w="5103"/>
          </w:tcPr>
          <w:p>
            <w:pPr>
              <w:bidi/>
              <w:spacing w:after="60"/>
              <w:jc w:val="right"/>
            </w:pPr>
            <w:r>
              <w:rPr>
                <w:b/>
                <w:rtl/>
                <w:bCs/>
              </w:rPr>
              <w:t>🧩 חנ״מ</w:t>
            </w:r>
          </w:p>
        </w:tc>
        <w:tc>
          <w:tcPr>
            <w:tcW w:type="dxa" w:w="5103"/>
          </w:tcPr>
          <w:p>
            <w:pPr>
              <w:bidi/>
              <w:spacing w:after="60"/>
              <w:jc w:val="right"/>
            </w:pPr>
            <w:r>
              <w:rPr>
                <w:b w:val="0"/>
                <w:sz w:val="20"/>
                <w:rtl/>
                <w:szCs w:val="20"/>
              </w:rPr>
              <w:t>תמונות: אור · מהיר וקופצני ◆ מיון: 😄 שמח: 🎉 מסיבה, 🎂 יום הולדת | 😢 עצוב: 🌧️ גשם ודמעה, 👋 פרידה</w:t>
            </w:r>
          </w:p>
        </w:tc>
      </w:tr>
    </w:tbl>
    <w:p>
      <w:pPr>
        <w:bidi/>
        <w:spacing w:after="60"/>
        <w:jc w:val="right"/>
      </w:pPr>
      <w:r>
        <w:rPr>
          <w:b/>
          <w:sz w:val="26"/>
          <w:rtl/>
          <w:bCs/>
          <w:szCs w:val="26"/>
        </w:rPr>
        <w:t>🗣️ מעגל שיח</w:t>
      </w:r>
    </w:p>
    <w:p>
      <w:pPr>
        <w:bidi/>
        <w:spacing w:after="60"/>
        <w:jc w:val="right"/>
      </w:pPr>
      <w:r>
        <w:rPr>
          <w:b w:val="0"/>
          <w:rtl/>
        </w:rPr>
        <w:t>1. איזה סוג שיר אתם שומעים כשאתם עצובים? וכשאתם שמחים?</w:t>
      </w:r>
    </w:p>
    <w:p>
      <w:pPr>
        <w:bidi/>
        <w:spacing w:after="60"/>
        <w:jc w:val="right"/>
      </w:pPr>
      <w:r>
        <w:rPr>
          <w:b w:val="0"/>
          <w:rtl/>
        </w:rPr>
        <w:t>2. האם שיר יכול לשנות לכם את מצב הרוח? איך?</w:t>
      </w:r>
    </w:p>
    <w:p>
      <w:pPr>
        <w:bidi/>
        <w:spacing w:after="60"/>
        <w:jc w:val="right"/>
      </w:pPr>
      <w:r>
        <w:rPr>
          <w:b w:val="0"/>
          <w:rtl/>
        </w:rPr>
        <w:t>3. אם הייתם כותבים 'שיר של הכיתה', על מה הוא היה?</w:t>
      </w:r>
    </w:p>
    <w:p>
      <w:pPr>
        <w:bidi/>
        <w:spacing w:after="60"/>
        <w:jc w:val="right"/>
      </w:pPr>
      <w:r>
        <w:rPr>
          <w:b/>
          <w:sz w:val="26"/>
          <w:rtl/>
          <w:bCs/>
          <w:szCs w:val="26"/>
        </w:rPr>
        <w:t>🎬 מתווה מצגת (איורים בסגנון תלת־ממדי חמוד)</w:t>
      </w:r>
    </w:p>
    <w:p>
      <w:pPr>
        <w:bidi/>
        <w:spacing w:after="60"/>
        <w:jc w:val="right"/>
      </w:pPr>
      <w:r>
        <w:rPr>
          <w:b w:val="0"/>
          <w:rtl/>
        </w:rPr>
        <w:t>1. שקופית פתיחה: אוזניות תלת־ממדיות שמהן יוצאים צבעים וגלים</w:t>
      </w:r>
    </w:p>
    <w:p>
      <w:pPr>
        <w:bidi/>
        <w:spacing w:after="60"/>
        <w:jc w:val="right"/>
      </w:pPr>
      <w:r>
        <w:rPr>
          <w:b w:val="0"/>
          <w:rtl/>
        </w:rPr>
        <w:t>2. השיר שלנו: 'חלון בקומה שלוש'</w:t>
      </w:r>
    </w:p>
    <w:p>
      <w:pPr>
        <w:bidi/>
        <w:spacing w:after="60"/>
        <w:jc w:val="right"/>
      </w:pPr>
      <w:r>
        <w:rPr>
          <w:b w:val="0"/>
          <w:rtl/>
        </w:rPr>
        <w:t>3. מה עושה שיר לרגש – חזרה, דימוי, ניגוד</w:t>
      </w:r>
    </w:p>
    <w:p>
      <w:pPr>
        <w:bidi/>
        <w:spacing w:after="60"/>
        <w:jc w:val="right"/>
      </w:pPr>
      <w:r>
        <w:rPr>
          <w:b w:val="0"/>
          <w:rtl/>
        </w:rPr>
        <w:t>4. פלייליסט מצב רוח של הכיתה (בלי שמות זמרים)</w:t>
      </w:r>
    </w:p>
    <w:p>
      <w:pPr>
        <w:bidi/>
        <w:spacing w:after="60"/>
        <w:jc w:val="right"/>
      </w:pPr>
      <w:r>
        <w:rPr>
          <w:b w:val="0"/>
          <w:rtl/>
        </w:rPr>
        <w:t>5. כרטיס יציאה: שורה משלי</w:t>
      </w:r>
    </w:p>
    <w:p>
      <w:pPr>
        <w:bidi/>
        <w:spacing w:after="60"/>
        <w:jc w:val="right"/>
      </w:pPr>
      <w:r>
        <w:rPr>
          <w:b w:val="0"/>
          <w:color w:val="E65100"/>
          <w:sz w:val="20"/>
          <w:rtl/>
          <w:szCs w:val="20"/>
        </w:rPr>
        <w:t>🛟 מרחב בטוח: תמיכה ולמידה – לא טיפול. מותר לא לשתף. כל דאגה – פונים ליועצת. מודלים: גש״ר מאח״ד · עש״ן ד״ק · מעש״ה.</w:t>
      </w:r>
    </w:p>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 חט״ב</w:t>
      </w:r>
    </w:p>
    <w:p>
      <w:pPr>
        <w:bidi/>
        <w:spacing w:after="60"/>
        <w:jc w:val="right"/>
      </w:pPr>
      <w:r>
        <w:rPr>
          <w:b w:val="0"/>
          <w:color w:val="5B6185"/>
          <w:rtl/>
        </w:rPr>
        <w:t>ערכה להדפסה • לכיתות ז׳–ט׳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חלון בקומה שלוש (שיר מקורי שלנו)</w:t>
            </w:r>
          </w:p>
          <w:p>
            <w:pPr>
              <w:bidi/>
              <w:spacing w:after="60"/>
              <w:jc w:val="right"/>
            </w:pPr>
            <w:r>
              <w:rPr>
                <w:b w:val="0"/>
                <w:color w:val="7E57C2"/>
                <w:sz w:val="18"/>
                <w:rtl/>
                <w:szCs w:val="18"/>
              </w:rPr>
              <w:t>שיר מקורי + ניתוח</w:t>
            </w:r>
          </w:p>
          <w:p>
            <w:pPr>
              <w:bidi/>
              <w:spacing w:after="60"/>
              <w:jc w:val="right"/>
            </w:pPr>
            <w:r>
              <w:rPr>
                <w:b w:val="0"/>
                <w:rtl/>
              </w:rPr>
              <w:t>🎵 בית ראשון:</w:t>
            </w:r>
          </w:p>
          <w:p>
            <w:pPr>
              <w:bidi/>
              <w:spacing w:after="60"/>
              <w:jc w:val="right"/>
            </w:pPr>
            <w:r>
              <w:rPr>
                <w:b w:val="0"/>
                <w:rtl/>
              </w:rPr>
              <w:t>בחלון בקומה שלוש / יש מישהי שלא ישנה,</w:t>
            </w:r>
          </w:p>
          <w:p>
            <w:pPr>
              <w:bidi/>
              <w:spacing w:after="60"/>
              <w:jc w:val="right"/>
            </w:pPr>
            <w:r>
              <w:rPr>
                <w:b w:val="0"/>
                <w:rtl/>
              </w:rPr>
              <w:t>העיר כבויה, הלב דולק, / והשעון שוב לא עונה.</w:t>
            </w:r>
          </w:p>
          <w:p>
            <w:pPr>
              <w:bidi/>
              <w:spacing w:after="60"/>
              <w:jc w:val="right"/>
            </w:pPr>
            <w:r>
              <w:rPr>
                <w:b w:val="0"/>
                <w:rtl/>
              </w:rPr>
              <w:t>🎵 פזמון:</w:t>
            </w:r>
          </w:p>
          <w:p>
            <w:pPr>
              <w:bidi/>
              <w:spacing w:after="60"/>
              <w:jc w:val="right"/>
            </w:pPr>
            <w:r>
              <w:rPr>
                <w:b w:val="0"/>
                <w:rtl/>
              </w:rPr>
              <w:t>אבל בבוקר יהיה אור, / אבל בבוקר יהיה אור,</w:t>
            </w:r>
          </w:p>
          <w:p>
            <w:pPr>
              <w:bidi/>
              <w:spacing w:after="60"/>
              <w:jc w:val="right"/>
            </w:pPr>
            <w:r>
              <w:rPr>
                <w:b w:val="0"/>
                <w:rtl/>
              </w:rPr>
              <w:t>גם אם הלילה הוא חומה, / אני אמצא בה סדק לעבור.</w:t>
            </w:r>
          </w:p>
          <w:p>
            <w:pPr>
              <w:bidi/>
              <w:spacing w:after="60"/>
              <w:jc w:val="right"/>
            </w:pPr>
            <w:r>
              <w:rPr>
                <w:b w:val="0"/>
                <w:rtl/>
              </w:rPr>
              <w:t>🎵 בית שני:</w:t>
            </w:r>
          </w:p>
          <w:p>
            <w:pPr>
              <w:bidi/>
              <w:spacing w:after="60"/>
              <w:jc w:val="right"/>
            </w:pPr>
            <w:r>
              <w:rPr>
                <w:b w:val="0"/>
                <w:rtl/>
              </w:rPr>
              <w:t>את ההודעה שלא שלחתי / אני מקפלת לציפור,</w:t>
            </w:r>
          </w:p>
          <w:p>
            <w:pPr>
              <w:bidi/>
              <w:spacing w:after="60"/>
              <w:jc w:val="right"/>
            </w:pPr>
            <w:r>
              <w:rPr>
                <w:b w:val="0"/>
                <w:rtl/>
              </w:rPr>
              <w:t>אולי מחר אמצא מילים, / אולי מחר יהיה לי אומץ לחזור.</w:t>
            </w:r>
          </w:p>
          <w:p>
            <w:pPr>
              <w:bidi/>
              <w:spacing w:after="60"/>
              <w:jc w:val="right"/>
            </w:pPr>
            <w:r>
              <w:rPr>
                <w:b w:val="0"/>
                <w:rtl/>
              </w:rPr>
              <w:t>ניתוח קצר: השיר בנוי על ניגוד בין לילה לבוקר, חושך לאור. החזרה בפזמון ('אבל בבוקר יהיה אור') פועלת כמו מנטרה – משפט שהדוברת אומרת לעצמה כדי להחזיק מעמד. הדימוי 'הלילה הוא חומה' מתאר קושי שנראה בלתי עביר, אבל ה'סדק' מסמן תקווה קטנה.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איפה נמצאת הדוברת?</w:t>
      </w:r>
    </w:p>
    <w:p>
      <w:pPr>
        <w:bidi/>
        <w:spacing w:after="60"/>
        <w:jc w:val="right"/>
      </w:pPr>
      <w:r>
        <w:rPr>
          <w:b w:val="0"/>
          <w:rtl/>
        </w:rPr>
        <w:t>○ בחלון בקומה שלוש    ○ בים    ○ בבית הספר</w:t>
      </w:r>
    </w:p>
    <w:p>
      <w:pPr>
        <w:bidi/>
        <w:spacing w:after="60"/>
        <w:jc w:val="right"/>
      </w:pPr>
      <w:r>
        <w:rPr>
          <w:b/>
          <w:rtl/>
          <w:bCs/>
        </w:rPr>
        <w:t>2. מה היא עושה עם ההודעה שלא שלחה?</w:t>
      </w:r>
    </w:p>
    <w:p>
      <w:pPr>
        <w:bidi/>
        <w:spacing w:after="60"/>
        <w:jc w:val="right"/>
      </w:pPr>
      <w:r>
        <w:rPr>
          <w:b w:val="0"/>
          <w:rtl/>
        </w:rPr>
        <w:t>○ מקפלת לציפור    ○ מוחקת    ○ שולחת</w:t>
      </w:r>
    </w:p>
    <w:p>
      <w:pPr>
        <w:bidi/>
        <w:spacing w:after="60"/>
        <w:jc w:val="right"/>
      </w:pPr>
      <w:r>
        <w:rPr>
          <w:b/>
          <w:rtl/>
          <w:bCs/>
        </w:rPr>
        <w:t>3. איזו שורה חוזרת בפזמון?</w:t>
      </w:r>
    </w:p>
    <w:p>
      <w:pPr>
        <w:bidi/>
        <w:spacing w:after="60"/>
        <w:jc w:val="right"/>
      </w:pPr>
      <w:r>
        <w:rPr>
          <w:b w:val="0"/>
          <w:rtl/>
        </w:rPr>
        <w:t>○ אבל בבוקר יהיה אור    ○ העיר כבויה    ○ השעון לא עונה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השורה שיש בה סימן לתקווה,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מיינו לפי מצב רוח</w:t>
      </w:r>
    </w:p>
    <w:p>
      <w:pPr>
        <w:bidi/>
        <w:spacing w:after="60"/>
        <w:jc w:val="right"/>
      </w:pPr>
      <w:r>
        <w:rPr>
          <w:b w:val="0"/>
          <w:rtl/>
        </w:rPr>
        <w:t>כרטיסים: העיר כבויה · יהיה אור · הלילה הוא חומה · סדק לעבור · השעון שוב לא עונה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קושי</w:t>
            </w:r>
          </w:p>
        </w:tc>
        <w:tc>
          <w:tcPr>
            <w:tcW w:type="dxa" w:w="5103"/>
            <w:shd w:val="clear" w:color="auto" w:fill="EDE7F6"/>
          </w:tcPr>
          <w:p>
            <w:pPr>
              <w:bidi/>
              <w:spacing w:after="60"/>
              <w:jc w:val="center"/>
            </w:pPr>
            <w:r>
              <w:rPr>
                <w:b/>
                <w:rtl/>
                <w:bCs/>
              </w:rPr>
              <w:t>🌅 תקווה</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p>
      <w:pPr>
        <w:bidi/>
        <w:spacing w:after="60"/>
        <w:jc w:val="right"/>
      </w:pPr>
      <w:r>
        <w:rPr>
          <w:b/>
          <w:rtl/>
          <w:bCs/>
        </w:rPr>
        <w:t>3. 'הלב דולק' כשהעיר כבויה – זהו:</w:t>
      </w:r>
    </w:p>
    <w:p>
      <w:pPr>
        <w:bidi/>
        <w:spacing w:after="60"/>
        <w:jc w:val="right"/>
      </w:pPr>
      <w:r>
        <w:rPr>
          <w:b w:val="0"/>
          <w:rtl/>
        </w:rPr>
        <w:t>○ ניגוד בין חוץ לפנים    ○ טעות כתיב    ○ תיאור של שריפה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בית שלישי לשיר: מה קורה בבוקר? השתמשו בדימוי אחד ובחזרה אחת.</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איזה סוג שיר אתם שומעים כשאתם עצובים? וכשאתם שמחים?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מוזיקה שמדברת אלינו     שם: __________</w:t>
            </w:r>
          </w:p>
          <w:p>
            <w:pPr>
              <w:bidi/>
              <w:spacing w:after="60"/>
              <w:jc w:val="right"/>
            </w:pPr>
            <w:r>
              <w:rPr>
                <w:b w:val="0"/>
                <w:rtl/>
              </w:rPr>
              <w:t>שורה אחת שכתבתי היום:</w:t>
            </w:r>
          </w:p>
          <w:p>
            <w:pPr>
              <w:bidi/>
              <w:spacing w:after="60"/>
              <w:jc w:val="right"/>
            </w:pPr>
            <w:r>
              <w:rPr>
                <w:b w:val="0"/>
                <w:color w:val="999999"/>
                <w:rtl/>
              </w:rPr>
              <w:t>____________________________________________________________</w:t>
            </w:r>
          </w:p>
          <w:p>
            <w:pPr>
              <w:bidi/>
              <w:spacing w:after="60"/>
              <w:jc w:val="right"/>
            </w:pPr>
            <w:r>
              <w:rPr>
                <w:b w:val="0"/>
                <w:rtl/>
              </w:rPr>
              <w:t>האמצעי האמנותי שהכי אהבתי:</w:t>
            </w:r>
          </w:p>
          <w:p>
            <w:pPr>
              <w:bidi/>
              <w:spacing w:after="60"/>
              <w:jc w:val="right"/>
            </w:pPr>
            <w:r>
              <w:rPr>
                <w:b w:val="0"/>
                <w:color w:val="999999"/>
                <w:rtl/>
              </w:rPr>
              <w:t>____________________________________________________________</w:t>
            </w:r>
          </w:p>
          <w:p>
            <w:pPr>
              <w:bidi/>
              <w:spacing w:after="60"/>
              <w:jc w:val="right"/>
            </w:pPr>
            <w:r>
              <w:rPr>
                <w:b w:val="0"/>
                <w:rtl/>
              </w:rPr>
              <w:t>הרגש שהשיר העלה בי:</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 חט״ע</w:t>
      </w:r>
    </w:p>
    <w:p>
      <w:pPr>
        <w:bidi/>
        <w:spacing w:after="60"/>
        <w:jc w:val="right"/>
      </w:pPr>
      <w:r>
        <w:rPr>
          <w:b w:val="0"/>
          <w:color w:val="5B6185"/>
          <w:rtl/>
        </w:rPr>
        <w:t>ערכה להדפסה • לכיתות י׳–י״ב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חלון בקומה שלוש (שיר מקורי שלנו)</w:t>
            </w:r>
          </w:p>
          <w:p>
            <w:pPr>
              <w:bidi/>
              <w:spacing w:after="60"/>
              <w:jc w:val="right"/>
            </w:pPr>
            <w:r>
              <w:rPr>
                <w:b w:val="0"/>
                <w:color w:val="7E57C2"/>
                <w:sz w:val="18"/>
                <w:rtl/>
                <w:szCs w:val="18"/>
              </w:rPr>
              <w:t>שיר מקורי + ניתוח</w:t>
            </w:r>
          </w:p>
          <w:p>
            <w:pPr>
              <w:bidi/>
              <w:spacing w:after="60"/>
              <w:jc w:val="right"/>
            </w:pPr>
            <w:r>
              <w:rPr>
                <w:b w:val="0"/>
                <w:rtl/>
              </w:rPr>
              <w:t>[1] 🎵 בית ראשון:</w:t>
            </w:r>
          </w:p>
          <w:p>
            <w:pPr>
              <w:bidi/>
              <w:spacing w:after="60"/>
              <w:jc w:val="right"/>
            </w:pPr>
            <w:r>
              <w:rPr>
                <w:b w:val="0"/>
                <w:rtl/>
              </w:rPr>
              <w:t>בחלון בקומה שלוש / יש מישהי שלא ישנה,</w:t>
            </w:r>
          </w:p>
          <w:p>
            <w:pPr>
              <w:bidi/>
              <w:spacing w:after="60"/>
              <w:jc w:val="right"/>
            </w:pPr>
            <w:r>
              <w:rPr>
                <w:b w:val="0"/>
                <w:rtl/>
              </w:rPr>
              <w:t>העיר כבויה, הלב דולק, / והשעון שוב לא עונה.</w:t>
            </w:r>
          </w:p>
          <w:p>
            <w:pPr>
              <w:bidi/>
              <w:spacing w:after="60"/>
              <w:jc w:val="right"/>
            </w:pPr>
            <w:r>
              <w:rPr>
                <w:b w:val="0"/>
                <w:rtl/>
              </w:rPr>
              <w:t>[2] 🎵 פזמון:</w:t>
            </w:r>
          </w:p>
          <w:p>
            <w:pPr>
              <w:bidi/>
              <w:spacing w:after="60"/>
              <w:jc w:val="right"/>
            </w:pPr>
            <w:r>
              <w:rPr>
                <w:b w:val="0"/>
                <w:rtl/>
              </w:rPr>
              <w:t>אבל בבוקר יהיה אור, / אבל בבוקר יהיה אור,</w:t>
            </w:r>
          </w:p>
          <w:p>
            <w:pPr>
              <w:bidi/>
              <w:spacing w:after="60"/>
              <w:jc w:val="right"/>
            </w:pPr>
            <w:r>
              <w:rPr>
                <w:b w:val="0"/>
                <w:rtl/>
              </w:rPr>
              <w:t>גם אם הלילה הוא חומה, / אני אמצא בה סדק לעבור.</w:t>
            </w:r>
          </w:p>
          <w:p>
            <w:pPr>
              <w:bidi/>
              <w:spacing w:after="60"/>
              <w:jc w:val="right"/>
            </w:pPr>
            <w:r>
              <w:rPr>
                <w:b w:val="0"/>
                <w:rtl/>
              </w:rPr>
              <w:t>[3] 🎵 בית שני:</w:t>
            </w:r>
          </w:p>
          <w:p>
            <w:pPr>
              <w:bidi/>
              <w:spacing w:after="60"/>
              <w:jc w:val="right"/>
            </w:pPr>
            <w:r>
              <w:rPr>
                <w:b w:val="0"/>
                <w:rtl/>
              </w:rPr>
              <w:t>את ההודעה שלא שלחתי / אני מקפלת לציפור,</w:t>
            </w:r>
          </w:p>
          <w:p>
            <w:pPr>
              <w:bidi/>
              <w:spacing w:after="60"/>
              <w:jc w:val="right"/>
            </w:pPr>
            <w:r>
              <w:rPr>
                <w:b w:val="0"/>
                <w:rtl/>
              </w:rPr>
              <w:t>אולי מחר אמצא מילים, / אולי מחר יהיה לי אומץ לחזור.</w:t>
            </w:r>
          </w:p>
          <w:p>
            <w:pPr>
              <w:bidi/>
              <w:spacing w:after="60"/>
              <w:jc w:val="right"/>
            </w:pPr>
            <w:r>
              <w:rPr>
                <w:b w:val="0"/>
                <w:rtl/>
              </w:rPr>
              <w:t>[4] ניתוח קצר: השיר בנוי על ניגוד בין לילה לבוקר, חושך לאור. החזרה בפזמון ('אבל בבוקר יהיה אור') פועלת כמו מנטרה – משפט שהדוברת אומרת לעצמה כדי להחזיק מעמד. הדימוי 'הלילה הוא חומה' מתאר קושי שנראה בלתי עביר, אבל ה'סדק' מסמן תקווה קטנה.</w:t>
            </w:r>
          </w:p>
          <w:p>
            <w:pPr>
              <w:bidi/>
              <w:spacing w:after="60"/>
              <w:jc w:val="right"/>
            </w:pPr>
            <w:r>
              <w:rPr>
                <w:b w:val="0"/>
                <w:rtl/>
              </w:rPr>
              <w:t>[5] חוקרי תרבות מציינים כי בתקופות מתוחות עולה הפופולריות של שירים העוסקים בתקווה, בבית ובביחד, ואילו בתקופות רגועות מתחזקים שירי מסיבה ואהבה. שירים, לפי גישה זו, הם 'מד חום' של מצב הרוח הציבורי. אחרים טוענים שהקשר הפוך: השירים אינם רק משקפים את הרגש – הם גם מעצבים אותו, ומלמדים אותנו מה מותר להרגיש.</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מהו התפקיד של הפזמון במבנה השיר?</w:t>
      </w:r>
    </w:p>
    <w:p>
      <w:pPr>
        <w:bidi/>
        <w:spacing w:after="60"/>
        <w:jc w:val="right"/>
      </w:pPr>
      <w:r>
        <w:rPr>
          <w:b w:val="0"/>
          <w:rtl/>
        </w:rPr>
        <w:t>○ מעגן את המסר המרכזי וחוזר כמו מנטרה    ○ מספר עלילה חדשה    ○ מציג דמות חדשה</w:t>
      </w:r>
    </w:p>
    <w:p>
      <w:pPr>
        <w:bidi/>
        <w:spacing w:after="60"/>
        <w:jc w:val="right"/>
      </w:pPr>
      <w:r>
        <w:rPr>
          <w:b/>
          <w:rtl/>
          <w:bCs/>
        </w:rPr>
        <w:t>2. מהו הדימוי 'מד חום' בפסקה האחרונה?</w:t>
      </w:r>
    </w:p>
    <w:p>
      <w:pPr>
        <w:bidi/>
        <w:spacing w:after="60"/>
        <w:jc w:val="right"/>
      </w:pPr>
      <w:r>
        <w:rPr>
          <w:b w:val="0"/>
          <w:rtl/>
        </w:rPr>
        <w:t>○ מטפורה: שיר מודד את מצב הרוח הציבורי    ○ תיאור רפואי    ○ שם של שיר</w:t>
      </w:r>
    </w:p>
    <w:p>
      <w:pPr>
        <w:bidi/>
        <w:spacing w:after="60"/>
        <w:jc w:val="right"/>
      </w:pPr>
      <w:r>
        <w:rPr>
          <w:b/>
          <w:rtl/>
          <w:bCs/>
        </w:rPr>
        <w:t>3. מה היחס בין שתי העמדות בפסקה האחרונה?</w:t>
      </w:r>
    </w:p>
    <w:p>
      <w:pPr>
        <w:bidi/>
        <w:spacing w:after="60"/>
        <w:jc w:val="right"/>
      </w:pPr>
      <w:r>
        <w:rPr>
          <w:b w:val="0"/>
          <w:rtl/>
        </w:rPr>
        <w:t>○ 'משקפים' לעומת 'מעצבים' – ניגוד    ○ שתיהן זהות    ○ אחת היא דוגמה לשנייה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השורה שיש בה סימן לתקווה,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אמצעי אמנותי – איזה מהם?</w:t>
      </w:r>
    </w:p>
    <w:p>
      <w:pPr>
        <w:bidi/>
        <w:spacing w:after="60"/>
        <w:jc w:val="right"/>
      </w:pPr>
      <w:r>
        <w:rPr>
          <w:b w:val="0"/>
          <w:rtl/>
        </w:rPr>
        <w:t>כרטיסים: אבל בבוקר יהיה אור (×2) · הלילה הוא חומה · העיר כבויה, הלב דולק · הודעה מקופלת לציפור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DE7F6"/>
          </w:tcPr>
          <w:p>
            <w:pPr>
              <w:bidi/>
              <w:spacing w:after="60"/>
              <w:jc w:val="center"/>
            </w:pPr>
            <w:r>
              <w:rPr>
                <w:b/>
                <w:rtl/>
                <w:bCs/>
              </w:rPr>
              <w:t>🔁 חזרה</w:t>
            </w:r>
          </w:p>
        </w:tc>
        <w:tc>
          <w:tcPr>
            <w:tcW w:type="dxa" w:w="3402"/>
            <w:shd w:val="clear" w:color="auto" w:fill="EDE7F6"/>
          </w:tcPr>
          <w:p>
            <w:pPr>
              <w:bidi/>
              <w:spacing w:after="60"/>
              <w:jc w:val="center"/>
            </w:pPr>
            <w:r>
              <w:rPr>
                <w:b/>
                <w:rtl/>
                <w:bCs/>
              </w:rPr>
              <w:t>🖼️ דימוי/מטפורה</w:t>
            </w:r>
          </w:p>
        </w:tc>
        <w:tc>
          <w:tcPr>
            <w:tcW w:type="dxa" w:w="3402"/>
            <w:shd w:val="clear" w:color="auto" w:fill="EDE7F6"/>
          </w:tcPr>
          <w:p>
            <w:pPr>
              <w:bidi/>
              <w:spacing w:after="60"/>
              <w:jc w:val="center"/>
            </w:pPr>
            <w:r>
              <w:rPr>
                <w:b/>
                <w:rtl/>
                <w:bCs/>
              </w:rPr>
              <w:t>⚖️ ניגוד</w:t>
            </w:r>
          </w:p>
        </w:tc>
      </w:tr>
      <w:tr>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ניתוח מנומק (8–10 שורות): כיצד השיר משקף מצב רוח של 'תקופה מאתגרת'? הביאו שני אמצעים אמנותיים וציטוט לכל אחד. אחר כך: האם לדעתכם שירים 'משקפים' או 'מעצבים' רגש?</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איזה סוג שיר אתם שומעים כשאתם עצובים? וכשאתם שמחים?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מוזיקה שמדברת אלינו     שם: __________</w:t>
            </w:r>
          </w:p>
          <w:p>
            <w:pPr>
              <w:bidi/>
              <w:spacing w:after="60"/>
              <w:jc w:val="right"/>
            </w:pPr>
            <w:r>
              <w:rPr>
                <w:b w:val="0"/>
                <w:rtl/>
              </w:rPr>
              <w:t>שורה אחת שכתבתי היום:</w:t>
            </w:r>
          </w:p>
          <w:p>
            <w:pPr>
              <w:bidi/>
              <w:spacing w:after="60"/>
              <w:jc w:val="right"/>
            </w:pPr>
            <w:r>
              <w:rPr>
                <w:b w:val="0"/>
                <w:color w:val="999999"/>
                <w:rtl/>
              </w:rPr>
              <w:t>____________________________________________________________</w:t>
            </w:r>
          </w:p>
          <w:p>
            <w:pPr>
              <w:bidi/>
              <w:spacing w:after="60"/>
              <w:jc w:val="right"/>
            </w:pPr>
            <w:r>
              <w:rPr>
                <w:b w:val="0"/>
                <w:rtl/>
              </w:rPr>
              <w:t>האמצעי האמנותי שהכי אהבתי:</w:t>
            </w:r>
          </w:p>
          <w:p>
            <w:pPr>
              <w:bidi/>
              <w:spacing w:after="60"/>
              <w:jc w:val="right"/>
            </w:pPr>
            <w:r>
              <w:rPr>
                <w:b w:val="0"/>
                <w:color w:val="999999"/>
                <w:rtl/>
              </w:rPr>
              <w:t>____________________________________________________________</w:t>
            </w:r>
          </w:p>
          <w:p>
            <w:pPr>
              <w:bidi/>
              <w:spacing w:after="60"/>
              <w:jc w:val="right"/>
            </w:pPr>
            <w:r>
              <w:rPr>
                <w:b w:val="0"/>
                <w:rtl/>
              </w:rPr>
              <w:t>הרגש שהשיר העלה בי:</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 יסודי</w:t>
      </w:r>
    </w:p>
    <w:p>
      <w:pPr>
        <w:bidi/>
        <w:spacing w:after="60"/>
        <w:jc w:val="right"/>
      </w:pPr>
      <w:r>
        <w:rPr>
          <w:b w:val="0"/>
          <w:color w:val="5B6185"/>
          <w:rtl/>
        </w:rPr>
        <w:t>ערכה להדפסה • לכיתות ג׳–ו׳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שיר הגשם</w:t>
            </w:r>
          </w:p>
          <w:p>
            <w:pPr>
              <w:bidi/>
              <w:spacing w:after="60"/>
              <w:jc w:val="right"/>
            </w:pPr>
            <w:r>
              <w:rPr>
                <w:b w:val="0"/>
                <w:color w:val="7E57C2"/>
                <w:sz w:val="18"/>
                <w:rtl/>
                <w:szCs w:val="18"/>
              </w:rPr>
              <w:t>שיר מקורי + ניתוח</w:t>
            </w:r>
          </w:p>
          <w:p>
            <w:pPr>
              <w:bidi/>
              <w:spacing w:after="60"/>
              <w:jc w:val="right"/>
            </w:pPr>
            <w:r>
              <w:rPr>
                <w:b w:val="0"/>
                <w:sz w:val="26"/>
                <w:rtl/>
                <w:szCs w:val="26"/>
              </w:rPr>
              <w:t>🎵 טיפ־טיפ על החלון,</w:t>
            </w:r>
          </w:p>
          <w:p>
            <w:pPr>
              <w:bidi/>
              <w:spacing w:after="60"/>
              <w:jc w:val="right"/>
            </w:pPr>
            <w:r>
              <w:rPr>
                <w:b w:val="0"/>
                <w:sz w:val="26"/>
                <w:rtl/>
                <w:szCs w:val="26"/>
              </w:rPr>
              <w:t>הגשם מנגן לי שיר.</w:t>
            </w:r>
          </w:p>
          <w:p>
            <w:pPr>
              <w:bidi/>
              <w:spacing w:after="60"/>
              <w:jc w:val="right"/>
            </w:pPr>
            <w:r>
              <w:rPr>
                <w:b w:val="0"/>
                <w:sz w:val="26"/>
                <w:rtl/>
                <w:szCs w:val="26"/>
              </w:rPr>
              <w:t>אני עצוב קצת, אז אני שר,</w:t>
            </w:r>
          </w:p>
          <w:p>
            <w:pPr>
              <w:bidi/>
              <w:spacing w:after="60"/>
              <w:jc w:val="right"/>
            </w:pPr>
            <w:r>
              <w:rPr>
                <w:b w:val="0"/>
                <w:sz w:val="26"/>
                <w:rtl/>
                <w:szCs w:val="26"/>
              </w:rPr>
              <w:t>והשמש חוזרת – צהוב ובהיר! 🎵</w:t>
            </w:r>
          </w:p>
          <w:p>
            <w:pPr>
              <w:bidi/>
              <w:spacing w:after="60"/>
              <w:jc w:val="right"/>
            </w:pPr>
            <w:r>
              <w:rPr>
                <w:b w:val="0"/>
                <w:sz w:val="26"/>
                <w:rtl/>
                <w:szCs w:val="26"/>
              </w:rPr>
              <w:t>בהתחלה השיר עצוב. בסוף הוא שמח.</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מי מנגן שיר?</w:t>
      </w:r>
    </w:p>
    <w:p>
      <w:pPr>
        <w:bidi/>
        <w:spacing w:after="60"/>
        <w:jc w:val="right"/>
      </w:pPr>
      <w:r>
        <w:rPr>
          <w:b w:val="0"/>
          <w:sz w:val="26"/>
          <w:rtl/>
          <w:szCs w:val="26"/>
        </w:rPr>
        <w:t>○ הגשם    ○ המורה    ○ החתול</w:t>
      </w:r>
    </w:p>
    <w:p>
      <w:pPr>
        <w:bidi/>
        <w:spacing w:after="60"/>
        <w:jc w:val="right"/>
      </w:pPr>
      <w:r>
        <w:rPr>
          <w:b/>
          <w:sz w:val="26"/>
          <w:rtl/>
          <w:bCs/>
          <w:szCs w:val="26"/>
        </w:rPr>
        <w:t>2. איך השיר מסתיים?</w:t>
      </w:r>
    </w:p>
    <w:p>
      <w:pPr>
        <w:bidi/>
        <w:spacing w:after="60"/>
        <w:jc w:val="right"/>
      </w:pPr>
      <w:r>
        <w:rPr>
          <w:b w:val="0"/>
          <w:sz w:val="26"/>
          <w:rtl/>
          <w:szCs w:val="26"/>
        </w:rPr>
        <w:t>○ שמח    ○ עצוב    ○ כועס</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השורה שבה מרגישים עצב, והעתיקו אותו:</w:t>
      </w:r>
    </w:p>
    <w:p>
      <w:pPr>
        <w:bidi/>
        <w:spacing w:after="60"/>
        <w:jc w:val="right"/>
      </w:pPr>
      <w:r>
        <w:rPr>
          <w:b w:val="0"/>
          <w:color w:val="999999"/>
          <w:rtl/>
        </w:rPr>
        <w:t>______________________________________________________________________</w:t>
      </w:r>
    </w:p>
    <w:p>
      <w:pPr>
        <w:bidi/>
        <w:spacing w:after="60"/>
        <w:jc w:val="right"/>
      </w:pPr>
      <w:r>
        <w:rPr>
          <w:b/>
          <w:rtl/>
          <w:bCs/>
        </w:rPr>
        <w:t>2. 🗂️ מילים שמחות או עצובות?</w:t>
      </w:r>
    </w:p>
    <w:p>
      <w:pPr>
        <w:bidi/>
        <w:spacing w:after="60"/>
        <w:jc w:val="right"/>
      </w:pPr>
      <w:r>
        <w:rPr>
          <w:b w:val="0"/>
          <w:rtl/>
        </w:rPr>
        <w:t>כרטיסים: בהיר · עצוב קצת · השמש חוזרת · דמעה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שמח</w:t>
            </w:r>
          </w:p>
        </w:tc>
        <w:tc>
          <w:tcPr>
            <w:tcW w:type="dxa" w:w="5103"/>
            <w:shd w:val="clear" w:color="auto" w:fill="EDE7F6"/>
          </w:tcPr>
          <w:p>
            <w:pPr>
              <w:bidi/>
              <w:spacing w:after="60"/>
              <w:jc w:val="center"/>
            </w:pPr>
            <w:r>
              <w:rPr>
                <w:b/>
                <w:rtl/>
                <w:bCs/>
              </w:rPr>
              <w:t>🌧️ עצוב</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המציאו שורה לשיר על מזג האוויר שלכם היום.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איזה סוג שיר אתם שומעים כשאתם עצובים? וכשאתם שמחים?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מוזיקה שמדברת אלינו     שם: __________</w:t>
            </w:r>
          </w:p>
          <w:p>
            <w:pPr>
              <w:bidi/>
              <w:spacing w:after="60"/>
              <w:jc w:val="right"/>
            </w:pPr>
            <w:r>
              <w:rPr>
                <w:b w:val="0"/>
                <w:rtl/>
              </w:rPr>
              <w:t>שורה אחת שכתבתי היום:</w:t>
            </w:r>
          </w:p>
          <w:p>
            <w:pPr>
              <w:bidi/>
              <w:spacing w:after="60"/>
              <w:jc w:val="right"/>
            </w:pPr>
            <w:r>
              <w:rPr>
                <w:b w:val="0"/>
                <w:color w:val="999999"/>
                <w:rtl/>
              </w:rPr>
              <w:t>____________________________________________________________</w:t>
            </w:r>
          </w:p>
          <w:p>
            <w:pPr>
              <w:bidi/>
              <w:spacing w:after="60"/>
              <w:jc w:val="right"/>
            </w:pPr>
            <w:r>
              <w:rPr>
                <w:b w:val="0"/>
                <w:rtl/>
              </w:rPr>
              <w:t>האמצעי האמנותי שהכי אהבתי:</w:t>
            </w:r>
          </w:p>
          <w:p>
            <w:pPr>
              <w:bidi/>
              <w:spacing w:after="60"/>
              <w:jc w:val="right"/>
            </w:pPr>
            <w:r>
              <w:rPr>
                <w:b w:val="0"/>
                <w:color w:val="999999"/>
                <w:rtl/>
              </w:rPr>
              <w:t>____________________________________________________________</w:t>
            </w:r>
          </w:p>
          <w:p>
            <w:pPr>
              <w:bidi/>
              <w:spacing w:after="60"/>
              <w:jc w:val="right"/>
            </w:pPr>
            <w:r>
              <w:rPr>
                <w:b w:val="0"/>
                <w:rtl/>
              </w:rPr>
              <w:t>הרגש שהשיר העלה בי:</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 עולים</w:t>
      </w:r>
    </w:p>
    <w:p>
      <w:pPr>
        <w:bidi/>
        <w:spacing w:after="60"/>
        <w:jc w:val="right"/>
      </w:pPr>
      <w:r>
        <w:rPr>
          <w:b w:val="0"/>
          <w:color w:val="5B6185"/>
          <w:rtl/>
        </w:rPr>
        <w:t>ערכה להדפסה • לכיתות קליטה ואולפן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מוזיקה שמדברת אלינו</w:t>
            </w:r>
          </w:p>
          <w:p>
            <w:pPr>
              <w:bidi/>
              <w:spacing w:after="60"/>
              <w:jc w:val="right"/>
            </w:pPr>
            <w:r>
              <w:rPr>
                <w:b w:val="0"/>
                <w:color w:val="7E57C2"/>
                <w:sz w:val="18"/>
                <w:rtl/>
                <w:szCs w:val="18"/>
              </w:rPr>
              <w:t>שיר מקורי + ניתוח</w:t>
            </w:r>
          </w:p>
          <w:p>
            <w:pPr>
              <w:bidi/>
              <w:spacing w:after="60"/>
              <w:jc w:val="right"/>
            </w:pPr>
            <w:r>
              <w:rPr>
                <w:b w:val="0"/>
                <w:sz w:val="26"/>
                <w:rtl/>
                <w:szCs w:val="26"/>
              </w:rPr>
              <w:t>🎵 בַּלַּיְלָה אֲנִי לֹא יְשֵׁנָה,</w:t>
            </w:r>
          </w:p>
          <w:p>
            <w:pPr>
              <w:bidi/>
              <w:spacing w:after="60"/>
              <w:jc w:val="right"/>
            </w:pPr>
            <w:r>
              <w:rPr>
                <w:b w:val="0"/>
                <w:sz w:val="26"/>
                <w:rtl/>
                <w:szCs w:val="26"/>
              </w:rPr>
              <w:t>אֲנִי חוֹשֶׁבֶת וְחוֹשֶׁבֶת.</w:t>
            </w:r>
          </w:p>
          <w:p>
            <w:pPr>
              <w:bidi/>
              <w:spacing w:after="60"/>
              <w:jc w:val="right"/>
            </w:pPr>
            <w:r>
              <w:rPr>
                <w:b w:val="0"/>
                <w:sz w:val="26"/>
                <w:rtl/>
                <w:szCs w:val="26"/>
              </w:rPr>
              <w:t>אֲבָל בַּבֹּקֶר יִהְיֶה אוֹר,</w:t>
            </w:r>
          </w:p>
          <w:p>
            <w:pPr>
              <w:bidi/>
              <w:spacing w:after="60"/>
              <w:jc w:val="right"/>
            </w:pPr>
            <w:r>
              <w:rPr>
                <w:b w:val="0"/>
                <w:sz w:val="26"/>
                <w:rtl/>
                <w:szCs w:val="26"/>
              </w:rPr>
              <w:t>בַּבֹּקֶר יִהְיֶה טוֹב. 🎵</w:t>
            </w:r>
          </w:p>
          <w:p>
            <w:pPr>
              <w:bidi/>
              <w:spacing w:after="60"/>
              <w:jc w:val="right"/>
            </w:pPr>
            <w:r>
              <w:rPr>
                <w:b w:val="0"/>
                <w:sz w:val="26"/>
                <w:rtl/>
                <w:szCs w:val="26"/>
              </w:rPr>
              <w:t>הַשִּׁיר מַתְחִיל עָצוּב וְנִגְמָר עִם תִּקְוָה.</w:t>
            </w:r>
          </w:p>
        </w:tc>
      </w:tr>
    </w:tbl>
    <w:p>
      <w:pPr>
        <w:bidi/>
        <w:spacing w:after="60"/>
        <w:jc w:val="right"/>
      </w:pPr>
      <w:r>
        <w:rPr>
          <w:b w:val="0"/>
          <w:sz w:val="22"/>
          <w:rtl/>
          <w:szCs w:val="22"/>
        </w:rPr>
        <w:t>🟢 מחסן מילים: לַיְלָה (night) · יֶשְׁנָהּ (sleeps) · חוֹשֶׁבֶת (thinks) · בּוֹקֵר (morning) · תִּקְוָה (hope)</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מָתַי הִיא לֹא יְשֵׁנָה?</w:t>
      </w:r>
    </w:p>
    <w:p>
      <w:pPr>
        <w:bidi/>
        <w:spacing w:after="60"/>
        <w:jc w:val="right"/>
      </w:pPr>
      <w:r>
        <w:rPr>
          <w:b w:val="0"/>
          <w:sz w:val="26"/>
          <w:rtl/>
          <w:szCs w:val="26"/>
        </w:rPr>
        <w:t>○ בַּלַּיְלָה    ○ בַּבֹּקֶר    ○ בַּצָּהֳרַיִם</w:t>
      </w:r>
    </w:p>
    <w:p>
      <w:pPr>
        <w:bidi/>
        <w:spacing w:after="60"/>
        <w:jc w:val="right"/>
      </w:pPr>
      <w:r>
        <w:rPr>
          <w:b/>
          <w:sz w:val="26"/>
          <w:rtl/>
          <w:bCs/>
          <w:szCs w:val="26"/>
        </w:rPr>
        <w:t>2. מָה יִהְיֶה בַּבֹּקֶר?</w:t>
      </w:r>
    </w:p>
    <w:p>
      <w:pPr>
        <w:bidi/>
        <w:spacing w:after="60"/>
        <w:jc w:val="right"/>
      </w:pPr>
      <w:r>
        <w:rPr>
          <w:b w:val="0"/>
          <w:sz w:val="26"/>
          <w:rtl/>
          <w:szCs w:val="26"/>
        </w:rPr>
        <w:t>○ אוֹר    ○ גֶּשֶׁם    ○ מִבְחָן</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מתחו קו בין המילה לפירוש:</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val="0"/>
                <w:sz w:val="26"/>
                <w:rtl/>
                <w:szCs w:val="26"/>
              </w:rPr>
              <w:t>לַיְלָה</w:t>
            </w:r>
          </w:p>
        </w:tc>
        <w:tc>
          <w:tcPr>
            <w:tcW w:type="dxa" w:w="5103"/>
          </w:tcPr>
          <w:p>
            <w:pPr>
              <w:bidi/>
              <w:spacing w:after="60"/>
              <w:jc w:val="right"/>
            </w:pPr>
            <w:r>
              <w:rPr>
                <w:b w:val="0"/>
                <w:rtl/>
              </w:rPr>
              <w:t>thinks</w:t>
            </w:r>
          </w:p>
        </w:tc>
      </w:tr>
      <w:tr>
        <w:tc>
          <w:tcPr>
            <w:tcW w:type="dxa" w:w="5103"/>
          </w:tcPr>
          <w:p>
            <w:pPr>
              <w:bidi/>
              <w:spacing w:after="60"/>
              <w:jc w:val="right"/>
            </w:pPr>
            <w:r>
              <w:rPr>
                <w:b w:val="0"/>
                <w:sz w:val="26"/>
                <w:rtl/>
                <w:szCs w:val="26"/>
              </w:rPr>
              <w:t>יֶשְׁנָהּ</w:t>
            </w:r>
          </w:p>
        </w:tc>
        <w:tc>
          <w:tcPr>
            <w:tcW w:type="dxa" w:w="5103"/>
          </w:tcPr>
          <w:p>
            <w:pPr>
              <w:bidi/>
              <w:spacing w:after="60"/>
              <w:jc w:val="right"/>
            </w:pPr>
            <w:r>
              <w:rPr>
                <w:b w:val="0"/>
                <w:rtl/>
              </w:rPr>
              <w:t>morning</w:t>
            </w:r>
          </w:p>
        </w:tc>
      </w:tr>
      <w:tr>
        <w:tc>
          <w:tcPr>
            <w:tcW w:type="dxa" w:w="5103"/>
          </w:tcPr>
          <w:p>
            <w:pPr>
              <w:bidi/>
              <w:spacing w:after="60"/>
              <w:jc w:val="right"/>
            </w:pPr>
            <w:r>
              <w:rPr>
                <w:b w:val="0"/>
                <w:sz w:val="26"/>
                <w:rtl/>
                <w:szCs w:val="26"/>
              </w:rPr>
              <w:t>חוֹשֶׁבֶת</w:t>
            </w:r>
          </w:p>
        </w:tc>
        <w:tc>
          <w:tcPr>
            <w:tcW w:type="dxa" w:w="5103"/>
          </w:tcPr>
          <w:p>
            <w:pPr>
              <w:bidi/>
              <w:spacing w:after="60"/>
              <w:jc w:val="right"/>
            </w:pPr>
            <w:r>
              <w:rPr>
                <w:b w:val="0"/>
                <w:rtl/>
              </w:rPr>
              <w:t>hope</w:t>
            </w:r>
          </w:p>
        </w:tc>
      </w:tr>
      <w:tr>
        <w:tc>
          <w:tcPr>
            <w:tcW w:type="dxa" w:w="5103"/>
          </w:tcPr>
          <w:p>
            <w:pPr>
              <w:bidi/>
              <w:spacing w:after="60"/>
              <w:jc w:val="right"/>
            </w:pPr>
            <w:r>
              <w:rPr>
                <w:b w:val="0"/>
                <w:sz w:val="26"/>
                <w:rtl/>
                <w:szCs w:val="26"/>
              </w:rPr>
              <w:t>בּוֹקֵר</w:t>
            </w:r>
          </w:p>
        </w:tc>
        <w:tc>
          <w:tcPr>
            <w:tcW w:type="dxa" w:w="5103"/>
          </w:tcPr>
          <w:p>
            <w:pPr>
              <w:bidi/>
              <w:spacing w:after="60"/>
              <w:jc w:val="right"/>
            </w:pPr>
            <w:r>
              <w:rPr>
                <w:b w:val="0"/>
                <w:rtl/>
              </w:rPr>
              <w:t>night</w:t>
            </w:r>
          </w:p>
        </w:tc>
      </w:tr>
      <w:tr>
        <w:tc>
          <w:tcPr>
            <w:tcW w:type="dxa" w:w="5103"/>
          </w:tcPr>
          <w:p>
            <w:pPr>
              <w:bidi/>
              <w:spacing w:after="60"/>
              <w:jc w:val="right"/>
            </w:pPr>
            <w:r>
              <w:rPr>
                <w:b w:val="0"/>
                <w:sz w:val="26"/>
                <w:rtl/>
                <w:szCs w:val="26"/>
              </w:rPr>
              <w:t>תִּקְוָה</w:t>
            </w:r>
          </w:p>
        </w:tc>
        <w:tc>
          <w:tcPr>
            <w:tcW w:type="dxa" w:w="5103"/>
          </w:tcPr>
          <w:p>
            <w:pPr>
              <w:bidi/>
              <w:spacing w:after="60"/>
              <w:jc w:val="right"/>
            </w:pPr>
            <w:r>
              <w:rPr>
                <w:b w:val="0"/>
                <w:rtl/>
              </w:rPr>
              <w:t>sleeps</w:t>
            </w:r>
          </w:p>
        </w:tc>
      </w:tr>
    </w:tbl>
    <w:p>
      <w:pPr>
        <w:bidi/>
        <w:spacing w:after="60"/>
        <w:jc w:val="right"/>
      </w:pPr>
      <w:r>
        <w:rPr>
          <w:b/>
          <w:rtl/>
          <w:bCs/>
        </w:rPr>
        <w:t>2. 🖍️ לַחֲצוּ עַל הַשּׁוּרָה עִם תִּקְוָה, והעתיקו אותו:</w:t>
      </w:r>
    </w:p>
    <w:p>
      <w:pPr>
        <w:bidi/>
        <w:spacing w:after="60"/>
        <w:jc w:val="right"/>
      </w:pPr>
      <w:r>
        <w:rPr>
          <w:b w:val="0"/>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שׁוּרָה לַשִּׁיר: 'בַּבֹּקֶר אֲנִי...'</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איזה סוג שיר אתם שומעים כשאתם עצובים? וכשאתם שמחים?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מוזיקה שמדברת אלינו     שם: __________</w:t>
            </w:r>
          </w:p>
          <w:p>
            <w:pPr>
              <w:bidi/>
              <w:spacing w:after="60"/>
              <w:jc w:val="right"/>
            </w:pPr>
            <w:r>
              <w:rPr>
                <w:b w:val="0"/>
                <w:rtl/>
              </w:rPr>
              <w:t>שורה אחת שכתבתי היום:</w:t>
            </w:r>
          </w:p>
          <w:p>
            <w:pPr>
              <w:bidi/>
              <w:spacing w:after="60"/>
              <w:jc w:val="right"/>
            </w:pPr>
            <w:r>
              <w:rPr>
                <w:b w:val="0"/>
                <w:color w:val="999999"/>
                <w:rtl/>
              </w:rPr>
              <w:t>____________________________________________________________</w:t>
            </w:r>
          </w:p>
          <w:p>
            <w:pPr>
              <w:bidi/>
              <w:spacing w:after="60"/>
              <w:jc w:val="right"/>
            </w:pPr>
            <w:r>
              <w:rPr>
                <w:b w:val="0"/>
                <w:rtl/>
              </w:rPr>
              <w:t>האמצעי האמנותי שהכי אהבתי:</w:t>
            </w:r>
          </w:p>
          <w:p>
            <w:pPr>
              <w:bidi/>
              <w:spacing w:after="60"/>
              <w:jc w:val="right"/>
            </w:pPr>
            <w:r>
              <w:rPr>
                <w:b w:val="0"/>
                <w:color w:val="999999"/>
                <w:rtl/>
              </w:rPr>
              <w:t>____________________________________________________________</w:t>
            </w:r>
          </w:p>
          <w:p>
            <w:pPr>
              <w:bidi/>
              <w:spacing w:after="60"/>
              <w:jc w:val="right"/>
            </w:pPr>
            <w:r>
              <w:rPr>
                <w:b w:val="0"/>
                <w:rtl/>
              </w:rPr>
              <w:t>הרגש שהשיר העלה בי:</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מוזיקה שמדברת אלינו – 🧩 חנ״מ</w:t>
      </w:r>
    </w:p>
    <w:p>
      <w:pPr>
        <w:bidi/>
        <w:spacing w:after="60"/>
        <w:jc w:val="right"/>
      </w:pPr>
      <w:r>
        <w:rPr>
          <w:b w:val="0"/>
          <w:color w:val="5B6185"/>
          <w:rtl/>
        </w:rPr>
        <w:t>ערכה להדפסה • לחינוך המיוחד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מוזיקה שמדברת אלינו</w:t>
            </w:r>
          </w:p>
          <w:p>
            <w:pPr>
              <w:bidi/>
              <w:spacing w:after="60"/>
              <w:jc w:val="right"/>
            </w:pPr>
            <w:r>
              <w:rPr>
                <w:b w:val="0"/>
                <w:color w:val="7E57C2"/>
                <w:sz w:val="18"/>
                <w:rtl/>
                <w:szCs w:val="18"/>
              </w:rPr>
              <w:t>שיר מקורי + ניתוח</w:t>
            </w:r>
          </w:p>
          <w:p>
            <w:pPr>
              <w:bidi/>
              <w:spacing w:after="60"/>
              <w:jc w:val="right"/>
            </w:pPr>
            <w:r>
              <w:rPr>
                <w:b w:val="0"/>
                <w:sz w:val="30"/>
                <w:rtl/>
                <w:szCs w:val="30"/>
              </w:rPr>
              <w:t>🌙 לילה. קצת עצוב.</w:t>
            </w:r>
          </w:p>
          <w:p>
            <w:pPr>
              <w:bidi/>
              <w:spacing w:after="60"/>
              <w:jc w:val="right"/>
            </w:pPr>
            <w:r>
              <w:rPr>
                <w:b w:val="0"/>
                <w:sz w:val="30"/>
                <w:rtl/>
                <w:szCs w:val="30"/>
              </w:rPr>
              <w:t>☀️ בוקר. יש אור!</w:t>
            </w:r>
          </w:p>
          <w:p>
            <w:pPr>
              <w:bidi/>
              <w:spacing w:after="60"/>
              <w:jc w:val="right"/>
            </w:pPr>
            <w:r>
              <w:rPr>
                <w:b w:val="0"/>
                <w:sz w:val="30"/>
                <w:rtl/>
                <w:szCs w:val="30"/>
              </w:rPr>
              <w:t>🎵 אני שר/ה ושמח/ה.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30"/>
          <w:rtl/>
          <w:bCs/>
          <w:szCs w:val="30"/>
        </w:rPr>
        <w:t>1. מה יש בבוקר?</w:t>
      </w:r>
    </w:p>
    <w:p>
      <w:pPr>
        <w:bidi/>
        <w:spacing w:after="60"/>
        <w:jc w:val="right"/>
      </w:pPr>
      <w:r>
        <w:rPr>
          <w:b w:val="0"/>
          <w:sz w:val="30"/>
          <w:rtl/>
          <w:szCs w:val="30"/>
        </w:rPr>
        <w:t>○ ☀️ אור     ○ 🌙 ירח     ○ ⛈️ סערה</w:t>
      </w:r>
    </w:p>
    <w:p>
      <w:pPr>
        <w:bidi/>
        <w:spacing w:after="60"/>
        <w:jc w:val="right"/>
      </w:pPr>
      <w:r>
        <w:rPr>
          <w:b/>
          <w:sz w:val="30"/>
          <w:rtl/>
          <w:bCs/>
          <w:szCs w:val="30"/>
        </w:rPr>
        <w:t>2. איך שיר שמח נשמע?</w:t>
      </w:r>
    </w:p>
    <w:p>
      <w:pPr>
        <w:bidi/>
        <w:spacing w:after="60"/>
        <w:jc w:val="right"/>
      </w:pPr>
      <w:r>
        <w:rPr>
          <w:b w:val="0"/>
          <w:sz w:val="30"/>
          <w:rtl/>
          <w:szCs w:val="30"/>
        </w:rPr>
        <w:t>○ 🥁 מהיר וקופצני     ○ 🐢 איטי ועצוב     ○ 🔇 שקט</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איזה שיר מתאים?</w:t>
      </w:r>
    </w:p>
    <w:p>
      <w:pPr>
        <w:bidi/>
        <w:spacing w:after="60"/>
        <w:jc w:val="right"/>
      </w:pPr>
      <w:r>
        <w:rPr>
          <w:b w:val="0"/>
          <w:rtl/>
        </w:rPr>
        <w:t>כרטיסים: 🎉 מסיבה · 🌧️ גשם ודמעה · 🎂 יום הולדת · 👋 פרידה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שמח</w:t>
            </w:r>
          </w:p>
        </w:tc>
        <w:tc>
          <w:tcPr>
            <w:tcW w:type="dxa" w:w="5103"/>
            <w:shd w:val="clear" w:color="auto" w:fill="EDE7F6"/>
          </w:tcPr>
          <w:p>
            <w:pPr>
              <w:bidi/>
              <w:spacing w:after="60"/>
              <w:jc w:val="center"/>
            </w:pPr>
            <w:r>
              <w:rPr>
                <w:b/>
                <w:rtl/>
                <w:bCs/>
              </w:rPr>
              <w:t>😢 עצוב</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p>
      <w:pPr>
        <w:bidi/>
        <w:spacing w:after="60"/>
        <w:jc w:val="right"/>
      </w:pPr>
      <w:r>
        <w:rPr>
          <w:b/>
          <w:sz w:val="30"/>
          <w:rtl/>
          <w:bCs/>
          <w:szCs w:val="30"/>
        </w:rPr>
        <w:t>💬 איזה שיר אני אוהב/ת? (הקיפו)</w:t>
      </w:r>
    </w:p>
    <w:p>
      <w:pPr>
        <w:bidi/>
        <w:spacing w:after="60"/>
        <w:jc w:val="right"/>
      </w:pPr>
      <w:r>
        <w:rPr>
          <w:b w:val="0"/>
          <w:sz w:val="30"/>
          <w:rtl/>
          <w:szCs w:val="30"/>
        </w:rPr>
        <w:t>○ שיר שמח   ○ שיר לריקוד   ○ שיר שקט   ○ שיר על חברים   ○ שיר של חג</w:t>
      </w:r>
    </w:p>
    <w:p>
      <w:pPr>
        <w:bidi/>
        <w:spacing w:after="60"/>
        <w:jc w:val="right"/>
      </w:pPr>
      <w:r>
        <w:rPr>
          <w:b w:val="0"/>
          <w:sz w:val="30"/>
          <w:rtl/>
          <w:szCs w:val="30"/>
        </w:rPr>
        <w:t>איך אני מרגיש/ה?  😊   😐   😢   😡   🤩</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מוזיקה שמדברת אלינו     שם: __________</w:t>
            </w:r>
          </w:p>
          <w:p>
            <w:pPr>
              <w:bidi/>
              <w:spacing w:after="60"/>
              <w:jc w:val="right"/>
            </w:pPr>
            <w:r>
              <w:rPr>
                <w:b w:val="0"/>
                <w:rtl/>
              </w:rPr>
              <w:t>שורה אחת שכתבתי היום:</w:t>
            </w:r>
          </w:p>
          <w:p>
            <w:pPr>
              <w:bidi/>
              <w:spacing w:after="60"/>
              <w:jc w:val="right"/>
            </w:pPr>
            <w:r>
              <w:rPr>
                <w:b w:val="0"/>
                <w:color w:val="999999"/>
                <w:rtl/>
              </w:rPr>
              <w:t>____________________________________________________________</w:t>
            </w:r>
          </w:p>
          <w:p>
            <w:pPr>
              <w:bidi/>
              <w:spacing w:after="60"/>
              <w:jc w:val="right"/>
            </w:pPr>
            <w:r>
              <w:rPr>
                <w:b w:val="0"/>
                <w:rtl/>
              </w:rPr>
              <w:t>האמצעי האמנותי שהכי אהבתי:</w:t>
            </w:r>
          </w:p>
          <w:p>
            <w:pPr>
              <w:bidi/>
              <w:spacing w:after="60"/>
              <w:jc w:val="right"/>
            </w:pPr>
            <w:r>
              <w:rPr>
                <w:b w:val="0"/>
                <w:color w:val="999999"/>
                <w:rtl/>
              </w:rPr>
              <w:t>____________________________________________________________</w:t>
            </w:r>
          </w:p>
          <w:p>
            <w:pPr>
              <w:bidi/>
              <w:spacing w:after="60"/>
              <w:jc w:val="right"/>
            </w:pPr>
            <w:r>
              <w:rPr>
                <w:b w:val="0"/>
                <w:rtl/>
              </w:rPr>
              <w:t>הרגש שהשיר העלה בי:</w:t>
            </w:r>
          </w:p>
          <w:p>
            <w:pPr>
              <w:bidi/>
              <w:spacing w:after="60"/>
              <w:jc w:val="right"/>
            </w:pPr>
            <w:r>
              <w:rPr>
                <w:b w:val="0"/>
                <w:color w:val="999999"/>
                <w:rtl/>
              </w:rPr>
              <w:t>____________________________________________________________</w:t>
            </w:r>
          </w:p>
        </w:tc>
      </w:tr>
    </w:tbl>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8"/>
        <w:rtl/>
      </w:rPr>
      <w:t>יצרה: רוית ראש בן ישי · קוראים את העולם שלנו</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